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62A14" w14:textId="54F01C4E" w:rsidR="009725B1" w:rsidRDefault="00813052">
      <w:pPr>
        <w:spacing w:after="120" w:line="240" w:lineRule="auto"/>
        <w:jc w:val="both"/>
      </w:pPr>
      <w:r>
        <w:t>Temeljem članka 15. Zakona o javnoj nabavi (Narodne novine broj: 120/16., 14/22. i 48/26.), članka 29. Statuta Osnovne škole Davorina Trstenjaka</w:t>
      </w:r>
      <w:r>
        <w:t>, Školski odbor Osnovne škole Davorina Trstenjaka</w:t>
      </w:r>
      <w:r>
        <w:t xml:space="preserve"> na sjednici održanoj dana _____ 2026. godine donosi</w:t>
      </w:r>
    </w:p>
    <w:p w14:paraId="7D493C98" w14:textId="77777777" w:rsidR="009725B1" w:rsidRDefault="00813052">
      <w:pPr>
        <w:spacing w:after="120" w:line="240" w:lineRule="auto"/>
        <w:jc w:val="center"/>
      </w:pPr>
      <w:r>
        <w:rPr>
          <w:b/>
          <w:sz w:val="28"/>
        </w:rPr>
        <w:t xml:space="preserve">P R A </w:t>
      </w:r>
      <w:r>
        <w:rPr>
          <w:b/>
          <w:sz w:val="28"/>
        </w:rPr>
        <w:t>V I L N I K</w:t>
      </w:r>
    </w:p>
    <w:p w14:paraId="7DA692D1" w14:textId="77777777" w:rsidR="009725B1" w:rsidRDefault="00813052">
      <w:pPr>
        <w:spacing w:after="120" w:line="240" w:lineRule="auto"/>
        <w:jc w:val="both"/>
      </w:pPr>
      <w:r>
        <w:t>O PROVEDBI POSTUPKA JEDNOSTAVNE NABAVE</w:t>
      </w:r>
    </w:p>
    <w:p w14:paraId="7A5B6903" w14:textId="77777777" w:rsidR="009725B1" w:rsidRDefault="00813052">
      <w:pPr>
        <w:spacing w:after="120" w:line="240" w:lineRule="auto"/>
        <w:jc w:val="center"/>
      </w:pPr>
      <w:r>
        <w:rPr>
          <w:b/>
        </w:rPr>
        <w:t>PREDMET PRAVILNIKA</w:t>
      </w:r>
    </w:p>
    <w:p w14:paraId="1FD8997E" w14:textId="77777777" w:rsidR="009725B1" w:rsidRDefault="00813052">
      <w:pPr>
        <w:spacing w:after="120" w:line="240" w:lineRule="auto"/>
        <w:jc w:val="center"/>
      </w:pPr>
      <w:r>
        <w:rPr>
          <w:b/>
        </w:rPr>
        <w:t>Članak 1.</w:t>
      </w:r>
    </w:p>
    <w:p w14:paraId="538544EC" w14:textId="2F2A0AB4" w:rsidR="009725B1" w:rsidRDefault="00813052">
      <w:pPr>
        <w:spacing w:after="120" w:line="240" w:lineRule="auto"/>
        <w:jc w:val="both"/>
      </w:pPr>
      <w:r>
        <w:t>(1) U svrhu poštivanja osnovnih načela javne nabave te zakonitog, namjenskog i svrhovitog trošenja proračunskih sredstava, Pravilnikom o provedbi postupka jednostavne nabave (u</w:t>
      </w:r>
      <w:r>
        <w:t xml:space="preserve"> daljnjem tekstu: Pravilnik) uređuje se postupak koji u Osnovnoj školi Davorina Trstenjaka</w:t>
      </w:r>
      <w:r>
        <w:t xml:space="preserve">(u daljnjem tekstu: Škola) prethodi stvaranju ugovornog odnosa za nabavu roba i usluga te provedbu projektnih natječaja procijenjene vrijednosti manje od 50.000,00 </w:t>
      </w:r>
      <w:r>
        <w:t>eura (bez PDV-a) i za nabavu radova procijenjene vrijednosti manje od 100.000,00 eura (bez PDV-a) (u daljnjem tekstu: jednostavna nabava), za koje sukladno Zakonu o javnoj nabavi ne postoji obveza provedbe postupka javne nabave.</w:t>
      </w:r>
    </w:p>
    <w:p w14:paraId="3AB1FCE2" w14:textId="77777777" w:rsidR="009725B1" w:rsidRDefault="00813052">
      <w:pPr>
        <w:spacing w:after="120" w:line="240" w:lineRule="auto"/>
        <w:jc w:val="both"/>
      </w:pPr>
      <w:r>
        <w:t xml:space="preserve">(2) Izrazi navedeni u ovom </w:t>
      </w:r>
      <w:r>
        <w:t>Pravilniku koji se odnose na rodno značenje su neutralni i odnose se jednako na muški i ženski spol.</w:t>
      </w:r>
    </w:p>
    <w:p w14:paraId="593F3A33" w14:textId="77777777" w:rsidR="009725B1" w:rsidRDefault="00813052">
      <w:pPr>
        <w:spacing w:after="120" w:line="240" w:lineRule="auto"/>
        <w:jc w:val="center"/>
      </w:pPr>
      <w:r>
        <w:rPr>
          <w:b/>
        </w:rPr>
        <w:t>PRIMJENA PROPISA</w:t>
      </w:r>
    </w:p>
    <w:p w14:paraId="69A89708" w14:textId="77777777" w:rsidR="009725B1" w:rsidRDefault="00813052">
      <w:pPr>
        <w:spacing w:after="120" w:line="240" w:lineRule="auto"/>
        <w:jc w:val="center"/>
      </w:pPr>
      <w:r>
        <w:rPr>
          <w:b/>
        </w:rPr>
        <w:t>Članak 2.</w:t>
      </w:r>
    </w:p>
    <w:p w14:paraId="03B70C50" w14:textId="77777777" w:rsidR="009725B1" w:rsidRDefault="00813052">
      <w:pPr>
        <w:spacing w:after="120" w:line="240" w:lineRule="auto"/>
        <w:jc w:val="both"/>
      </w:pPr>
      <w:r>
        <w:t xml:space="preserve">U provedbi postupka jednostavne nabave roba, radova i usluga te provedbi projektnih natječaja, osim ovog Pravilnika, obvezno je </w:t>
      </w:r>
      <w:r>
        <w:t>primjenjivati i druge važeće zakonske i podzakonske akte, te opće akte i posebne odluke Škole koji se odnose na pojedini predmet nabave u smislu posebnog zakona.</w:t>
      </w:r>
    </w:p>
    <w:p w14:paraId="20601CF3" w14:textId="77777777" w:rsidR="009725B1" w:rsidRDefault="00813052">
      <w:pPr>
        <w:spacing w:after="120" w:line="240" w:lineRule="auto"/>
        <w:jc w:val="center"/>
      </w:pPr>
      <w:r>
        <w:rPr>
          <w:b/>
        </w:rPr>
        <w:t>SPRIJEČAVANJE SUKOBA INTERESA</w:t>
      </w:r>
    </w:p>
    <w:p w14:paraId="22435F7C" w14:textId="77777777" w:rsidR="009725B1" w:rsidRDefault="00813052">
      <w:pPr>
        <w:spacing w:after="120" w:line="240" w:lineRule="auto"/>
        <w:jc w:val="center"/>
      </w:pPr>
      <w:r>
        <w:rPr>
          <w:b/>
        </w:rPr>
        <w:t>Članak 3.</w:t>
      </w:r>
    </w:p>
    <w:p w14:paraId="0DB2DD49" w14:textId="77777777" w:rsidR="009725B1" w:rsidRDefault="00813052">
      <w:pPr>
        <w:spacing w:after="120" w:line="240" w:lineRule="auto"/>
        <w:jc w:val="both"/>
      </w:pPr>
      <w:r>
        <w:t>(1) Škola je obvezna primjenjivati odredbe ovog Pravil</w:t>
      </w:r>
      <w:r>
        <w:t>nika na način koji omogućava učinkovitu provedbu postupaka jednostavne nabave te ekonomično i svrhovito trošenje javnih sredstava uz obvezu sprječavanja sukoba interesa.</w:t>
      </w:r>
    </w:p>
    <w:p w14:paraId="21DFE6B4" w14:textId="77777777" w:rsidR="009725B1" w:rsidRDefault="00813052">
      <w:pPr>
        <w:spacing w:after="120" w:line="240" w:lineRule="auto"/>
        <w:jc w:val="both"/>
      </w:pPr>
      <w:r>
        <w:t>(2) Sukob interesa postoji kada privatni interesi predstavnika Škole mogu utjecati ili</w:t>
      </w:r>
      <w:r>
        <w:t xml:space="preserve"> se može smatrati da utječu na njihovu nepristranost i neovisnost u postupku jednostavne nabave.</w:t>
      </w:r>
    </w:p>
    <w:p w14:paraId="25A24F2D" w14:textId="77777777" w:rsidR="009725B1" w:rsidRDefault="00813052">
      <w:pPr>
        <w:spacing w:after="120" w:line="240" w:lineRule="auto"/>
        <w:jc w:val="both"/>
      </w:pPr>
      <w:r>
        <w:t>(3) Sve osobe uključene u pripremu i provedbu postupka jednostavne nabave dužne su prije početka postupka potpisati Izjavu o nepostojanju sukoba interesa, koja</w:t>
      </w:r>
      <w:r>
        <w:t xml:space="preserve"> se prilaže u dokumentaciji o jednostavnoj nabavi.</w:t>
      </w:r>
    </w:p>
    <w:p w14:paraId="5EC42545" w14:textId="77777777" w:rsidR="009725B1" w:rsidRDefault="00813052">
      <w:pPr>
        <w:spacing w:after="120" w:line="240" w:lineRule="auto"/>
        <w:jc w:val="both"/>
      </w:pPr>
      <w:r>
        <w:t>(4) Predstavnik Škole iz stavka 3. ovog članka koji je u sukobu interesa dužan je odmah obavijestiti ravnatelja i izuzeti se iz postupka jednostavne nabave.</w:t>
      </w:r>
    </w:p>
    <w:p w14:paraId="25D6C38D" w14:textId="77777777" w:rsidR="009725B1" w:rsidRDefault="00813052">
      <w:pPr>
        <w:spacing w:after="120" w:line="240" w:lineRule="auto"/>
        <w:jc w:val="both"/>
      </w:pPr>
      <w:r>
        <w:t>(5) O sukobu interesa na odgovarajući način prim</w:t>
      </w:r>
      <w:r>
        <w:t>jenjuju se odredbe Zakona o javnoj nabavi (u daljnjem tekstu: Zakon).</w:t>
      </w:r>
    </w:p>
    <w:p w14:paraId="3B18B8E3" w14:textId="77777777" w:rsidR="009725B1" w:rsidRDefault="00813052">
      <w:pPr>
        <w:spacing w:after="120" w:line="240" w:lineRule="auto"/>
        <w:jc w:val="center"/>
      </w:pPr>
      <w:r>
        <w:rPr>
          <w:b/>
        </w:rPr>
        <w:t>PRIMJENA ELEKTRONIČKIH SREDSTAVA KOMUNIKACIJE</w:t>
      </w:r>
    </w:p>
    <w:p w14:paraId="3E79ACF0" w14:textId="77777777" w:rsidR="009725B1" w:rsidRDefault="00813052">
      <w:pPr>
        <w:spacing w:after="120" w:line="240" w:lineRule="auto"/>
        <w:jc w:val="center"/>
      </w:pPr>
      <w:r>
        <w:rPr>
          <w:b/>
        </w:rPr>
        <w:t>Članak 4.</w:t>
      </w:r>
    </w:p>
    <w:p w14:paraId="5CEC502C" w14:textId="77777777" w:rsidR="009725B1" w:rsidRDefault="00813052">
      <w:pPr>
        <w:spacing w:after="120" w:line="240" w:lineRule="auto"/>
        <w:jc w:val="both"/>
      </w:pPr>
      <w:r>
        <w:lastRenderedPageBreak/>
        <w:t>Prilikom provedbe postupka jednostavne nabave Škola je obvezna voditi računa o načelima javne nabave i mogućnosti primjene elektro</w:t>
      </w:r>
      <w:r>
        <w:t>ničkih sredstava komunikacije.</w:t>
      </w:r>
    </w:p>
    <w:p w14:paraId="70CC91C8" w14:textId="77777777" w:rsidR="009725B1" w:rsidRDefault="00813052">
      <w:pPr>
        <w:spacing w:after="120" w:line="240" w:lineRule="auto"/>
        <w:jc w:val="center"/>
      </w:pPr>
      <w:r>
        <w:rPr>
          <w:b/>
        </w:rPr>
        <w:t>KATEGORIJE I PREDMET JEDNOSTAVNE NABAVE</w:t>
      </w:r>
    </w:p>
    <w:p w14:paraId="730191C6" w14:textId="77777777" w:rsidR="009725B1" w:rsidRDefault="00813052">
      <w:pPr>
        <w:spacing w:after="120" w:line="240" w:lineRule="auto"/>
        <w:jc w:val="center"/>
      </w:pPr>
      <w:r>
        <w:rPr>
          <w:b/>
        </w:rPr>
        <w:t>Članak 5.</w:t>
      </w:r>
    </w:p>
    <w:p w14:paraId="69712809" w14:textId="3519C599" w:rsidR="00813052" w:rsidRDefault="00813052" w:rsidP="00813052">
      <w:pPr>
        <w:pStyle w:val="Odlomakpopisa"/>
        <w:numPr>
          <w:ilvl w:val="0"/>
          <w:numId w:val="10"/>
        </w:numPr>
        <w:spacing w:after="120" w:line="240" w:lineRule="auto"/>
        <w:jc w:val="both"/>
      </w:pPr>
      <w:r>
        <w:t>U Školi se jednostavna nabava provodi za kategorije procijenjene vrijednosti čiji iznos je:</w:t>
      </w:r>
    </w:p>
    <w:p w14:paraId="129ADEA8" w14:textId="77777777" w:rsidR="00813052" w:rsidRDefault="00813052" w:rsidP="00813052">
      <w:pPr>
        <w:pStyle w:val="Odlomakpopisa"/>
        <w:spacing w:after="120" w:line="240" w:lineRule="auto"/>
        <w:jc w:val="both"/>
      </w:pPr>
      <w:r>
        <w:t xml:space="preserve"> • manji od 5.000,00 eura (bez PDV-a) za nabavu roba, usluga, radova i projektne</w:t>
      </w:r>
      <w:r>
        <w:t xml:space="preserve"> natječaje, </w:t>
      </w:r>
    </w:p>
    <w:p w14:paraId="2E137332" w14:textId="77777777" w:rsidR="00813052" w:rsidRDefault="00813052" w:rsidP="00813052">
      <w:pPr>
        <w:pStyle w:val="Odlomakpopisa"/>
        <w:spacing w:after="120" w:line="240" w:lineRule="auto"/>
        <w:jc w:val="both"/>
      </w:pPr>
      <w:r>
        <w:t xml:space="preserve">• jednak ili veći od 5.000,00 eura (bez PDV-a), a manji od 25.000,00 eura (bez PDV-a) za nabavu roba i usluga te projektne natječaje odnosno manje od 45.000,00 eura (bez PDV-a) za nabavu radova. </w:t>
      </w:r>
    </w:p>
    <w:p w14:paraId="1E425D55" w14:textId="5A5C9D82" w:rsidR="009725B1" w:rsidRDefault="00813052" w:rsidP="00813052">
      <w:pPr>
        <w:pStyle w:val="Odlomakpopisa"/>
        <w:spacing w:after="120" w:line="240" w:lineRule="auto"/>
        <w:jc w:val="both"/>
      </w:pPr>
      <w:r>
        <w:t xml:space="preserve">• jednak ili veći od 25.000,00 eura (bez PDV-a), </w:t>
      </w:r>
      <w:r>
        <w:t>a manji od 50.000,00 eura za nabavu roba i usluga te projektne natječaje odnosno jednak ili veći od 45.000,00 eura (bez PDV-a), a manji od 100.000,00 eura za nabavu radova.</w:t>
      </w:r>
    </w:p>
    <w:p w14:paraId="730337DA" w14:textId="77777777" w:rsidR="009725B1" w:rsidRDefault="00813052">
      <w:pPr>
        <w:spacing w:after="120" w:line="240" w:lineRule="auto"/>
        <w:jc w:val="both"/>
      </w:pPr>
      <w:r>
        <w:t>(</w:t>
      </w:r>
      <w:r>
        <w:t>2) Postupci odnosno predmeti jednostavne nabave vrijednosti jednake ili veće od 5.</w:t>
      </w:r>
      <w:r>
        <w:t>000,00 eura (bez PDV-a) moraju biti navedeni u Planu nabave i Registru ugovora koji se vode i objavljuju sukladno Zakonu, s tim što se Plan nabave i sve njegove kasnije promjene moraju unijeti u EOJN RH.</w:t>
      </w:r>
    </w:p>
    <w:p w14:paraId="5D82AC51" w14:textId="77777777" w:rsidR="009725B1" w:rsidRDefault="00813052">
      <w:pPr>
        <w:spacing w:after="120" w:line="240" w:lineRule="auto"/>
        <w:jc w:val="both"/>
      </w:pPr>
      <w:r>
        <w:t xml:space="preserve">(3) Predmet jednostavne nabave određuje se na način </w:t>
      </w:r>
      <w:r>
        <w:t>da predstavlja tehničku, tehnološku, oblikovanu, funkcionalnu ili drugu objektivno odredivu cjelinu, pri čemu se ne smije dijeliti vrijednost radova ili određene količine robe i/ili usluga s namjerom izbjegavanja primjene Zakona.</w:t>
      </w:r>
    </w:p>
    <w:p w14:paraId="79197EA8" w14:textId="77777777" w:rsidR="009725B1" w:rsidRDefault="00813052">
      <w:pPr>
        <w:spacing w:after="120" w:line="240" w:lineRule="auto"/>
        <w:jc w:val="both"/>
      </w:pPr>
      <w:r>
        <w:t>(4) Predmet jednostavne na</w:t>
      </w:r>
      <w:r>
        <w:t>bave može biti podijeljen na grupe na temelju objektivnih kriterija, primjerice prema vrsti, svojstvima, namjeni, mjestu ili vremenu ispunjenja.</w:t>
      </w:r>
    </w:p>
    <w:p w14:paraId="621CEE10" w14:textId="77777777" w:rsidR="009725B1" w:rsidRDefault="00813052">
      <w:pPr>
        <w:spacing w:after="120" w:line="240" w:lineRule="auto"/>
        <w:jc w:val="both"/>
      </w:pPr>
      <w:r>
        <w:t>(5) Procijenjena vrijednost nabave određuje se za svaku grupu predmeta nabave i ukupno za predmet nabave.</w:t>
      </w:r>
    </w:p>
    <w:p w14:paraId="0AE5BF8C" w14:textId="77777777" w:rsidR="009725B1" w:rsidRDefault="00813052">
      <w:pPr>
        <w:spacing w:after="120" w:line="240" w:lineRule="auto"/>
        <w:jc w:val="both"/>
      </w:pPr>
      <w:r>
        <w:t>(6) Izračunavanje procijenjene vrijednosti nabave temelji se na ukupnom iznosu, bez poreza na dodanu vrijednost (PDV), uključujući sve opcije i moguća obnavljanja ugovora.</w:t>
      </w:r>
    </w:p>
    <w:p w14:paraId="2AF20845" w14:textId="77777777" w:rsidR="009725B1" w:rsidRDefault="00813052">
      <w:pPr>
        <w:spacing w:after="120" w:line="240" w:lineRule="auto"/>
        <w:jc w:val="center"/>
      </w:pPr>
      <w:r>
        <w:rPr>
          <w:b/>
        </w:rPr>
        <w:t>PROVODITELJI JEDNOSTAVNE NABAVE</w:t>
      </w:r>
    </w:p>
    <w:p w14:paraId="22341191" w14:textId="77777777" w:rsidR="009725B1" w:rsidRDefault="00813052">
      <w:pPr>
        <w:spacing w:after="120" w:line="240" w:lineRule="auto"/>
        <w:jc w:val="center"/>
      </w:pPr>
      <w:r>
        <w:rPr>
          <w:b/>
        </w:rPr>
        <w:t>Članak 6.</w:t>
      </w:r>
    </w:p>
    <w:p w14:paraId="4CBB9A63" w14:textId="541EB31D" w:rsidR="00813052" w:rsidRDefault="00813052" w:rsidP="00813052">
      <w:pPr>
        <w:pStyle w:val="Odlomakpopisa"/>
        <w:numPr>
          <w:ilvl w:val="0"/>
          <w:numId w:val="11"/>
        </w:numPr>
        <w:spacing w:after="120" w:line="240" w:lineRule="auto"/>
        <w:jc w:val="both"/>
      </w:pPr>
      <w:r>
        <w:t>Jednostavnu nabavu, prema kategorijama</w:t>
      </w:r>
      <w:r>
        <w:t xml:space="preserve"> iz članka 5. ovog Pravilnika provodi:</w:t>
      </w:r>
    </w:p>
    <w:p w14:paraId="3D95DBAB" w14:textId="39190CB6" w:rsidR="00813052" w:rsidRDefault="00813052" w:rsidP="00813052">
      <w:pPr>
        <w:pStyle w:val="Odlomakpopisa"/>
        <w:spacing w:after="120" w:line="240" w:lineRule="auto"/>
        <w:jc w:val="both"/>
      </w:pPr>
      <w:r>
        <w:t xml:space="preserve">• Ravnatelj Škole za iznos koji je manji od 5.000,00 eura (bez PDV-a), </w:t>
      </w:r>
    </w:p>
    <w:p w14:paraId="42929AA1" w14:textId="02136853" w:rsidR="009725B1" w:rsidRDefault="00813052" w:rsidP="00813052">
      <w:pPr>
        <w:pStyle w:val="Odlomakpopisa"/>
        <w:spacing w:after="120" w:line="240" w:lineRule="auto"/>
        <w:jc w:val="both"/>
      </w:pPr>
      <w:r>
        <w:t>• Povjerenstvo za provedbu postupka nabave jednostavne vrijednosti (u daljnjem tekstu: Povjerenstvo Škole) za iznos koji je jednak ili veći od 5.0</w:t>
      </w:r>
      <w:r>
        <w:t>00,00 eura (bez PDV-a).</w:t>
      </w:r>
    </w:p>
    <w:p w14:paraId="0D42D9C0" w14:textId="77777777" w:rsidR="009725B1" w:rsidRDefault="00813052">
      <w:pPr>
        <w:spacing w:after="120" w:line="240" w:lineRule="auto"/>
        <w:jc w:val="both"/>
      </w:pPr>
      <w:r>
        <w:t>(</w:t>
      </w:r>
      <w:r>
        <w:t>2) Povjerenstvo Škole imenuje ravnatelj Škole i isto se sastoji od minimalno dva (2) člana.</w:t>
      </w:r>
    </w:p>
    <w:p w14:paraId="58A84442" w14:textId="77777777" w:rsidR="009725B1" w:rsidRDefault="00813052">
      <w:pPr>
        <w:spacing w:after="120" w:line="240" w:lineRule="auto"/>
        <w:jc w:val="both"/>
      </w:pPr>
      <w:r>
        <w:t xml:space="preserve">(3) Odlukom o imenovanju Povjerenstva Škole određuju se njegove obveze i ovlasti u pripremi i provedbi postupka jednostavne nabave, a koje </w:t>
      </w:r>
      <w:r>
        <w:t>se naročito odnose na: • priprema postupka jednostavne nabave: dogovor oko uvjeta vezanih uz predmet nabave, potrebnog sadržaja dokumentacije/uputa za prikupljanje ponuda, tehničkih specifikacija, ponudbenih troškovnika i ostalih dokumenata vezanih uz pred</w:t>
      </w:r>
      <w:r>
        <w:t>metnu nabavu, • provedba postupka jednostavne nabave: slanje Poziva na dostavu ponuda gospodarskim subjektima na dokaziv način, otvaranje pristiglih ponuda, sastavljanje zapisnika o otvaranju,</w:t>
      </w:r>
    </w:p>
    <w:p w14:paraId="4A4F89F1" w14:textId="77777777" w:rsidR="009725B1" w:rsidRDefault="00813052">
      <w:pPr>
        <w:spacing w:after="120" w:line="240" w:lineRule="auto"/>
        <w:jc w:val="both"/>
      </w:pPr>
      <w:r>
        <w:lastRenderedPageBreak/>
        <w:t xml:space="preserve">pregledu i ocjena ponuda, rangiranje ponuda sukladno kriteriju </w:t>
      </w:r>
      <w:r>
        <w:t>za odabir ponuda, prijedlog za odabir najpovoljnije ponude sukladno kriteriju za odabir i uvjetima propisanim dokumentacijom/uputama za prikupljanje ponuda ili poništenje postupka.</w:t>
      </w:r>
    </w:p>
    <w:p w14:paraId="686BC6F4" w14:textId="77777777" w:rsidR="009725B1" w:rsidRDefault="00813052">
      <w:pPr>
        <w:spacing w:after="120" w:line="240" w:lineRule="auto"/>
        <w:jc w:val="center"/>
      </w:pPr>
      <w:r>
        <w:rPr>
          <w:b/>
        </w:rPr>
        <w:t>NAČIN PROVOĐENJA POSTUPKA JEDNOSTAVNE NABAVE PROCIJENJENE VRIJEDNOSTI</w:t>
      </w:r>
    </w:p>
    <w:p w14:paraId="09BC67C5" w14:textId="77777777" w:rsidR="009725B1" w:rsidRDefault="00813052">
      <w:pPr>
        <w:spacing w:after="120" w:line="240" w:lineRule="auto"/>
        <w:jc w:val="both"/>
      </w:pPr>
      <w:r>
        <w:t>MANJE</w:t>
      </w:r>
      <w:r>
        <w:t xml:space="preserve"> OD 5.000,00 EURA (BEZ PDV-A)</w:t>
      </w:r>
    </w:p>
    <w:p w14:paraId="1BE59DFA" w14:textId="77777777" w:rsidR="009725B1" w:rsidRDefault="00813052">
      <w:pPr>
        <w:spacing w:after="120" w:line="240" w:lineRule="auto"/>
        <w:jc w:val="center"/>
      </w:pPr>
      <w:r>
        <w:rPr>
          <w:b/>
        </w:rPr>
        <w:t>Članak 7.</w:t>
      </w:r>
    </w:p>
    <w:p w14:paraId="52EA3624" w14:textId="77777777" w:rsidR="009725B1" w:rsidRDefault="00813052">
      <w:pPr>
        <w:spacing w:after="120" w:line="240" w:lineRule="auto"/>
        <w:jc w:val="both"/>
      </w:pPr>
      <w:r>
        <w:t>(1) Postupak jednostavne nabave procijenjene vrijednosti manje od 5.000,00 eura (bez PDV-a) provodi ravnatelj Škole, u pravilu na temelju jedne ili više dostavljenih ponuda, izdavanjem narudžbenice ili zaključivanjem</w:t>
      </w:r>
      <w:r>
        <w:t xml:space="preserve"> ugovora s jednim (1) gospodarskim subjektom, s tim da se takav ugovor može odnositi na cijelu kalendarsku godinu.</w:t>
      </w:r>
    </w:p>
    <w:p w14:paraId="7E2BF75D" w14:textId="77777777" w:rsidR="009725B1" w:rsidRDefault="00813052">
      <w:pPr>
        <w:spacing w:after="120" w:line="240" w:lineRule="auto"/>
        <w:jc w:val="both"/>
      </w:pPr>
      <w:r>
        <w:t>(2) Narudžbenica odnosno ugovor iz stavka 1. ovog članka obvezno mora sadržavati: • naziv, sjedište i OIB dobavljača i naručitelja, • naziv o</w:t>
      </w:r>
      <w:r>
        <w:t>dnosno vrsta robe, radova i usluga, • jedinica mjere, količina, • jedinična cijena, • ukupna cijena, • rok i način plaćanja, • rok za izvršenje odnosno isporuku.</w:t>
      </w:r>
    </w:p>
    <w:p w14:paraId="77BDA763" w14:textId="77777777" w:rsidR="009725B1" w:rsidRDefault="00813052">
      <w:pPr>
        <w:spacing w:after="120" w:line="240" w:lineRule="auto"/>
        <w:jc w:val="both"/>
      </w:pPr>
      <w:r>
        <w:t>(3) Evidencija o izdanim narudžbenicama i ugovori čuvaju se u računovodstvu škole.</w:t>
      </w:r>
    </w:p>
    <w:p w14:paraId="41CB83DD" w14:textId="77777777" w:rsidR="009725B1" w:rsidRDefault="00813052">
      <w:pPr>
        <w:spacing w:after="120" w:line="240" w:lineRule="auto"/>
        <w:jc w:val="both"/>
      </w:pPr>
      <w:r>
        <w:t>(4) Na post</w:t>
      </w:r>
      <w:r>
        <w:t>upak izdavanja narudžbenice i sklapanja ugovora za nabavu roba, radova i usluga te projektnih natječaja na odgovarajući se način primjenjuju odredbe procedure stvaranja ugovornih obveza Škole.</w:t>
      </w:r>
    </w:p>
    <w:p w14:paraId="378E9BB7" w14:textId="77777777" w:rsidR="009725B1" w:rsidRDefault="00813052">
      <w:pPr>
        <w:spacing w:after="120" w:line="240" w:lineRule="auto"/>
        <w:jc w:val="center"/>
      </w:pPr>
      <w:r>
        <w:rPr>
          <w:b/>
        </w:rPr>
        <w:t>NAČIN PROVOĐENJA POSTUPKA JEDNOSTAVNE NABAVE PROCIJENJENE VRIJE</w:t>
      </w:r>
      <w:r>
        <w:rPr>
          <w:b/>
        </w:rPr>
        <w:t>DNOSTI</w:t>
      </w:r>
    </w:p>
    <w:p w14:paraId="74F87A91" w14:textId="77777777" w:rsidR="009725B1" w:rsidRDefault="00813052">
      <w:pPr>
        <w:spacing w:after="120" w:line="240" w:lineRule="auto"/>
        <w:jc w:val="both"/>
      </w:pPr>
      <w:r>
        <w:t>JEDNAKE ILI VEĆE OD 5.000,00 EURA (BEZ PDV-A), A MANJE OD 25.000,00 EURA (BEZ PDV-</w:t>
      </w:r>
    </w:p>
    <w:p w14:paraId="7B830AA0" w14:textId="77777777" w:rsidR="009725B1" w:rsidRDefault="00813052">
      <w:pPr>
        <w:spacing w:after="120" w:line="240" w:lineRule="auto"/>
        <w:jc w:val="both"/>
      </w:pPr>
      <w:r>
        <w:t>A) ZA NABAVU ROBA I USLUGA TE PROJEKTNE NATJEČAJE, A MANJE OD 45.000,00 EURA (BEZ PDV-A) ZA NABAVU RADOVA</w:t>
      </w:r>
    </w:p>
    <w:p w14:paraId="6D3BA95D" w14:textId="77777777" w:rsidR="009725B1" w:rsidRDefault="00813052">
      <w:pPr>
        <w:spacing w:after="120" w:line="240" w:lineRule="auto"/>
        <w:jc w:val="center"/>
      </w:pPr>
      <w:r>
        <w:rPr>
          <w:b/>
        </w:rPr>
        <w:t>Članak 8.</w:t>
      </w:r>
    </w:p>
    <w:p w14:paraId="24DD3DC3" w14:textId="77777777" w:rsidR="009725B1" w:rsidRDefault="00813052">
      <w:pPr>
        <w:spacing w:after="120" w:line="240" w:lineRule="auto"/>
        <w:jc w:val="both"/>
      </w:pPr>
      <w:r>
        <w:t>(1) Postupak jednostavne nabave procijenjene vrije</w:t>
      </w:r>
      <w:r>
        <w:t>dnosti jednake ili veće od 5.000,00 eura (bez PDV-a), a manje od 25.000,00 eura (bez PDV-a) za nabavu roba i usluga te projektne natječaje odnosno manje od 45.000,00 eura (bez PDV-a) za radove, provodi Povjerenstvo Škole pozivom za dostavu ponuda od najman</w:t>
      </w:r>
      <w:r>
        <w:t>je tri (3) gospodarska subjekta putem modula jednostavne nabave u Elektroničkom oglasniku javne nabave Republike Hrvatske (u daljnjem tekstu: EOJN RH) i/ili javnom objavom.</w:t>
      </w:r>
    </w:p>
    <w:p w14:paraId="569727BF" w14:textId="77777777" w:rsidR="009725B1" w:rsidRDefault="00813052">
      <w:pPr>
        <w:spacing w:after="120" w:line="240" w:lineRule="auto"/>
        <w:jc w:val="both"/>
      </w:pPr>
      <w:r>
        <w:t>(2) Iznimno od stavka 1. ovog članka, a ovisno o prirodi predmeta nabave i razini t</w:t>
      </w:r>
      <w:r>
        <w:t>ržišnog natjecanja te nakon istraživanja tržišta i prikupljanja relevantnih podataka gospodarskih subjekata koji su registrirani za obavljanje određene usluge, izvršenje radova ili isporuku roba, poziv za dostavu ponuda može se uputiti samo jednom (1) gosp</w:t>
      </w:r>
      <w:r>
        <w:t>odarskom subjektu, dostavljene putem elektroničke pošte (e- mail) u sljedećim slučajevima:</w:t>
      </w:r>
    </w:p>
    <w:p w14:paraId="7FDCB648" w14:textId="77777777" w:rsidR="009725B1" w:rsidRDefault="00813052">
      <w:pPr>
        <w:spacing w:after="120" w:line="240" w:lineRule="auto"/>
        <w:ind w:left="360" w:hanging="200"/>
      </w:pPr>
      <w:r>
        <w:t>a) ako nije podnesena nijedna ponuda ili nijedna valjana ponuda u prethodno provedenom postupku jednostavne nabave, pod uvjetom da početni ugovorni uvjeti nisu bitno</w:t>
      </w:r>
      <w:r>
        <w:t xml:space="preserve"> izmijenjeni,</w:t>
      </w:r>
    </w:p>
    <w:p w14:paraId="5149D793" w14:textId="77777777" w:rsidR="009725B1" w:rsidRDefault="00813052">
      <w:pPr>
        <w:spacing w:after="120" w:line="240" w:lineRule="auto"/>
        <w:ind w:left="360" w:hanging="200"/>
      </w:pPr>
      <w:r>
        <w:t>b) ako zbog objektivnih razloga predmet nabave može izvršiti, isporučiti ili pružiti samo određeni gospodarski subjekt, i to:</w:t>
      </w:r>
    </w:p>
    <w:p w14:paraId="18E00024" w14:textId="77777777" w:rsidR="009725B1" w:rsidRDefault="00813052">
      <w:pPr>
        <w:spacing w:after="120" w:line="240" w:lineRule="auto"/>
        <w:ind w:left="360" w:hanging="200"/>
      </w:pPr>
      <w:r>
        <w:lastRenderedPageBreak/>
        <w:t>1. ako je predmet nabave stvaranje ili stjecanje jedinstvenog umjetničkog djela ili umjetničke izvedbe,</w:t>
      </w:r>
    </w:p>
    <w:p w14:paraId="64722178" w14:textId="77777777" w:rsidR="009725B1" w:rsidRDefault="00813052">
      <w:pPr>
        <w:spacing w:after="120" w:line="240" w:lineRule="auto"/>
        <w:ind w:left="360" w:hanging="200"/>
      </w:pPr>
      <w:r>
        <w:t xml:space="preserve">2. ako iz </w:t>
      </w:r>
      <w:r>
        <w:t>tehničkih razloga predmet nabave može isporučiti samo određeni gospodarski subjekt ili</w:t>
      </w:r>
    </w:p>
    <w:p w14:paraId="097AE1DF" w14:textId="77777777" w:rsidR="009725B1" w:rsidRDefault="00813052">
      <w:pPr>
        <w:spacing w:after="120" w:line="240" w:lineRule="auto"/>
        <w:ind w:left="360" w:hanging="200"/>
      </w:pPr>
      <w:r>
        <w:t>3. ako je to nužno radi zaštite isključivih prava, uključujući prava intelektualnog vlasništva,</w:t>
      </w:r>
    </w:p>
    <w:p w14:paraId="4A37E35B" w14:textId="77777777" w:rsidR="009725B1" w:rsidRDefault="00813052">
      <w:pPr>
        <w:spacing w:after="120" w:line="240" w:lineRule="auto"/>
        <w:ind w:left="360" w:hanging="200"/>
      </w:pPr>
      <w:r>
        <w:t xml:space="preserve">c) ako postoji iznimna žurnost uzrokovana događajima koje </w:t>
      </w:r>
      <w:r>
        <w:t>naručitelj nije mogao predvidjeti niti na njih utjecati,</w:t>
      </w:r>
    </w:p>
    <w:p w14:paraId="5D19EE80" w14:textId="77777777" w:rsidR="009725B1" w:rsidRDefault="00813052">
      <w:pPr>
        <w:spacing w:after="120" w:line="240" w:lineRule="auto"/>
        <w:ind w:left="360" w:hanging="200"/>
      </w:pPr>
      <w:r>
        <w:t>d) za nabavu javnobilježničkih usluga, odvjetničkih usluga, zajmova i kredita, zdravstvenih usluga, socijalnih usluga, usluga obrazovanja, konzervatorskih usluga, usluga vještaka, hotelskih i restora</w:t>
      </w:r>
      <w:r>
        <w:t>nskih usluga, usluga cateringa, konzultantskih usluga, nabavu robe za potrebe protokola, programskog materijala namijenjenog za audiovizualne medijske usluge,</w:t>
      </w:r>
    </w:p>
    <w:p w14:paraId="46DF998A" w14:textId="77777777" w:rsidR="009725B1" w:rsidRDefault="00813052">
      <w:pPr>
        <w:spacing w:after="120" w:line="240" w:lineRule="auto"/>
        <w:ind w:left="360" w:hanging="200"/>
      </w:pPr>
      <w:r>
        <w:t>e) radi zaštite javnog interesa kao što je javno zdravlje ili zaštita okoliša.</w:t>
      </w:r>
    </w:p>
    <w:p w14:paraId="0B121256" w14:textId="77777777" w:rsidR="009725B1" w:rsidRDefault="00813052">
      <w:pPr>
        <w:spacing w:after="120" w:line="240" w:lineRule="auto"/>
        <w:jc w:val="both"/>
      </w:pPr>
      <w:r>
        <w:t>(3) Rok za dostavu</w:t>
      </w:r>
      <w:r>
        <w:t xml:space="preserve"> ponuda mora biti primjeren predmetu nabave i ne smije biti kraći od pet (5) dana od dana upućivanja poziva za dostavu ponuda, osim u slučaju žurne nabave kada rok ne smije biti kraći od dva (2) radna dana.</w:t>
      </w:r>
    </w:p>
    <w:p w14:paraId="4F56207E" w14:textId="77777777" w:rsidR="009725B1" w:rsidRDefault="00813052">
      <w:pPr>
        <w:spacing w:after="120" w:line="240" w:lineRule="auto"/>
        <w:jc w:val="center"/>
      </w:pPr>
      <w:r>
        <w:rPr>
          <w:b/>
        </w:rPr>
        <w:t>NAČIN PROVOĐENJA POSTUPKA JEDNOSTAVNE NABAVE PROC</w:t>
      </w:r>
      <w:r>
        <w:rPr>
          <w:b/>
        </w:rPr>
        <w:t>IJENJENE VRIJEDNOSTI</w:t>
      </w:r>
    </w:p>
    <w:p w14:paraId="362964E8" w14:textId="77777777" w:rsidR="009725B1" w:rsidRDefault="00813052">
      <w:pPr>
        <w:spacing w:after="120" w:line="240" w:lineRule="auto"/>
        <w:jc w:val="both"/>
      </w:pPr>
      <w:r>
        <w:t>JEDNAKE ILI VEĆE OD 25.000,00 EURA (BEZ PDV-A) , A MANJE OD 50.000,00 EURA (BEZ</w:t>
      </w:r>
    </w:p>
    <w:p w14:paraId="6D10D7AB" w14:textId="77777777" w:rsidR="009725B1" w:rsidRDefault="00813052">
      <w:pPr>
        <w:spacing w:after="120" w:line="240" w:lineRule="auto"/>
        <w:jc w:val="both"/>
      </w:pPr>
      <w:r>
        <w:t>PDV-A) ZA NABAVU ROBA I USLUGA TE PROJEKTNIH NATJEČAJA ODNOSNO VEĆE OD 45.000,00 EURA (BEZ PDV-A), A MANJE OD 100.000,00 EURA (BEZ PDV-A) ZA NABAVU</w:t>
      </w:r>
    </w:p>
    <w:p w14:paraId="3A2EAE96" w14:textId="77777777" w:rsidR="009725B1" w:rsidRDefault="00813052">
      <w:pPr>
        <w:spacing w:after="120" w:line="240" w:lineRule="auto"/>
        <w:jc w:val="both"/>
      </w:pPr>
      <w:r>
        <w:t>RADOVA</w:t>
      </w:r>
    </w:p>
    <w:p w14:paraId="2BEC86E3" w14:textId="77777777" w:rsidR="009725B1" w:rsidRDefault="00813052">
      <w:pPr>
        <w:spacing w:after="120" w:line="240" w:lineRule="auto"/>
        <w:jc w:val="center"/>
      </w:pPr>
      <w:r>
        <w:rPr>
          <w:b/>
        </w:rPr>
        <w:t>Članak 9.</w:t>
      </w:r>
    </w:p>
    <w:p w14:paraId="2BFF7680" w14:textId="77777777" w:rsidR="009725B1" w:rsidRDefault="00813052">
      <w:pPr>
        <w:spacing w:after="120" w:line="240" w:lineRule="auto"/>
        <w:jc w:val="both"/>
      </w:pPr>
      <w:r>
        <w:t xml:space="preserve">(1) Postupak jednostavne nabave procijenjene vrijednosti jednake ili veće od 25.000,00 eura (bez PDV- a), a manje od 50.000,00 eura za (bez PDV-a) za nabavu roba i usluga i provedbu projektnih natječaja odnosno jednake ili veće od 45.000,00 eura </w:t>
      </w:r>
      <w:r>
        <w:t>(bez PDV-a) manje od 100.000,00 eura (bez PDV-a) za nabavu radova, provodi Povjerenstvo Škole javnom objavom poziva u modulu jednostavne nabave</w:t>
      </w:r>
    </w:p>
    <w:p w14:paraId="0271E3A5" w14:textId="77777777" w:rsidR="009725B1" w:rsidRDefault="00813052">
      <w:pPr>
        <w:spacing w:after="120" w:line="240" w:lineRule="auto"/>
        <w:jc w:val="both"/>
      </w:pPr>
      <w:r>
        <w:t>EOJN RH.</w:t>
      </w:r>
    </w:p>
    <w:p w14:paraId="6636EDEE" w14:textId="77777777" w:rsidR="009725B1" w:rsidRDefault="00813052">
      <w:pPr>
        <w:spacing w:after="120" w:line="240" w:lineRule="auto"/>
        <w:jc w:val="both"/>
      </w:pPr>
      <w:r>
        <w:t>(2) Iznimno od stavka 1. ovog članka, a ovisno o prirodi predmeta nabave i razini tržišnog natjecanja t</w:t>
      </w:r>
      <w:r>
        <w:t>e nakon istraživanja tržišta i prikupljanja relevantnih podataka gospodarskih subjekata koji su registrirani za obavljanje određene usluge, izvršenje radova ili isporuku roba, poziv za dostavu ponuda može se uputiti samo jednom (1) gospodarskom subjektu pu</w:t>
      </w:r>
      <w:r>
        <w:t>tem modula jednostavne nabave u EOJN RH u sljedećim slučajevima:</w:t>
      </w:r>
    </w:p>
    <w:p w14:paraId="6452BE1E" w14:textId="77777777" w:rsidR="009725B1" w:rsidRDefault="00813052">
      <w:pPr>
        <w:spacing w:after="120" w:line="240" w:lineRule="auto"/>
        <w:ind w:left="360" w:hanging="200"/>
      </w:pPr>
      <w:r>
        <w:t>a) ako nije podnesena nijedna ponuda ili nijedna valjana ponuda u prethodno provedenom postupku jednostavne nabave, pod uvjetom da početni ugovorni uvjeti nisu bitno izmijenjeni,</w:t>
      </w:r>
    </w:p>
    <w:p w14:paraId="55548300" w14:textId="77777777" w:rsidR="009725B1" w:rsidRDefault="00813052">
      <w:pPr>
        <w:spacing w:after="120" w:line="240" w:lineRule="auto"/>
        <w:ind w:left="360" w:hanging="200"/>
      </w:pPr>
      <w:r>
        <w:t xml:space="preserve">b) ako zbog </w:t>
      </w:r>
      <w:r>
        <w:t>objektivnih razloga predmet nabave može izvršiti, isporučiti ili pružiti samo određeni gospodarski subjekt, i to:</w:t>
      </w:r>
    </w:p>
    <w:p w14:paraId="26328BBD" w14:textId="77777777" w:rsidR="009725B1" w:rsidRDefault="00813052">
      <w:pPr>
        <w:spacing w:after="120" w:line="240" w:lineRule="auto"/>
        <w:ind w:left="360" w:hanging="200"/>
      </w:pPr>
      <w:r>
        <w:t>1. ako je predmet nabave stvaranje ili stjecanje jedinstvenog umjetničkog djela ili umjetničke izvedbe,</w:t>
      </w:r>
    </w:p>
    <w:p w14:paraId="7C27AB59" w14:textId="77777777" w:rsidR="009725B1" w:rsidRDefault="00813052">
      <w:pPr>
        <w:spacing w:after="120" w:line="240" w:lineRule="auto"/>
        <w:ind w:left="360" w:hanging="200"/>
      </w:pPr>
      <w:r>
        <w:lastRenderedPageBreak/>
        <w:t>2. ako iz tehničkih razloga predmet na</w:t>
      </w:r>
      <w:r>
        <w:t>bave može isporučiti samo određeni gospodarski subjekt ili</w:t>
      </w:r>
    </w:p>
    <w:p w14:paraId="18E55F6F" w14:textId="77777777" w:rsidR="009725B1" w:rsidRDefault="00813052">
      <w:pPr>
        <w:spacing w:after="120" w:line="240" w:lineRule="auto"/>
        <w:ind w:left="360" w:hanging="200"/>
      </w:pPr>
      <w:r>
        <w:t>3. ako je to nužno radi zaštite isključivih prava, uključujući prava intelektualnog vlasništva,</w:t>
      </w:r>
    </w:p>
    <w:p w14:paraId="328AE098" w14:textId="77777777" w:rsidR="009725B1" w:rsidRDefault="00813052">
      <w:pPr>
        <w:spacing w:after="120" w:line="240" w:lineRule="auto"/>
        <w:ind w:left="360" w:hanging="200"/>
      </w:pPr>
      <w:r>
        <w:t>c) ako postoji iznimna žurnost uzrokovana događajima koje naručitelj nije mogao predvidjeti niti na n</w:t>
      </w:r>
      <w:r>
        <w:t>jih utjecati.</w:t>
      </w:r>
    </w:p>
    <w:p w14:paraId="14D6F4B3" w14:textId="77777777" w:rsidR="009725B1" w:rsidRDefault="00813052">
      <w:pPr>
        <w:spacing w:after="120" w:line="240" w:lineRule="auto"/>
        <w:jc w:val="both"/>
      </w:pPr>
      <w:r>
        <w:t>(3) Razlozi za primjenu iznimke iz stavka 2. ovog članka navode se i obrazlažu u objavi u modulu jednostavne nabave u EOJN RH.</w:t>
      </w:r>
    </w:p>
    <w:p w14:paraId="15762376" w14:textId="77777777" w:rsidR="009725B1" w:rsidRDefault="00813052">
      <w:pPr>
        <w:spacing w:after="120" w:line="240" w:lineRule="auto"/>
        <w:jc w:val="both"/>
      </w:pPr>
      <w:r>
        <w:t>(4) Rok za dostavu ponuda ne smije biti kraći od pet (5) dana od dana objave poziva za dostavu ponuda u EOJN RH, os</w:t>
      </w:r>
      <w:r>
        <w:t>im u slučaju žurne nabave kada rok ne smije biti kraći od dva (2) radna dana.</w:t>
      </w:r>
    </w:p>
    <w:p w14:paraId="703B34B0" w14:textId="77777777" w:rsidR="009725B1" w:rsidRDefault="00813052">
      <w:pPr>
        <w:spacing w:after="120" w:line="240" w:lineRule="auto"/>
        <w:jc w:val="center"/>
      </w:pPr>
      <w:r>
        <w:rPr>
          <w:b/>
        </w:rPr>
        <w:t>SADRŽAJ POZIVA ZA DOSTAVU PONUDA</w:t>
      </w:r>
    </w:p>
    <w:p w14:paraId="2A614770" w14:textId="77777777" w:rsidR="009725B1" w:rsidRDefault="00813052">
      <w:pPr>
        <w:spacing w:after="120" w:line="240" w:lineRule="auto"/>
        <w:jc w:val="center"/>
      </w:pPr>
      <w:r>
        <w:rPr>
          <w:b/>
        </w:rPr>
        <w:t>Članak 10.</w:t>
      </w:r>
    </w:p>
    <w:p w14:paraId="70FE6522" w14:textId="77777777" w:rsidR="009725B1" w:rsidRDefault="00813052">
      <w:pPr>
        <w:spacing w:after="120" w:line="240" w:lineRule="auto"/>
        <w:jc w:val="both"/>
      </w:pPr>
      <w:r>
        <w:t>(1) Poziv za dostavu ponuda mora biti jasan, razumljiv i nedvojben te izrađen na način da sadrži sve potrebne podatke koji ponuditelju</w:t>
      </w:r>
      <w:r>
        <w:t xml:space="preserve"> omogućavaju izradu i dostavu ponuda, a naročito mora sadržavati slijedeće podatke:</w:t>
      </w:r>
    </w:p>
    <w:p w14:paraId="6A7AB432" w14:textId="77777777" w:rsidR="009725B1" w:rsidRDefault="00813052">
      <w:pPr>
        <w:spacing w:after="120" w:line="240" w:lineRule="auto"/>
        <w:ind w:left="360" w:hanging="200"/>
      </w:pPr>
      <w:r>
        <w:t>1. Naziv i sjedište Naručitelja,</w:t>
      </w:r>
    </w:p>
    <w:p w14:paraId="005FE345" w14:textId="77777777" w:rsidR="009725B1" w:rsidRDefault="00813052">
      <w:pPr>
        <w:spacing w:after="120" w:line="240" w:lineRule="auto"/>
        <w:ind w:left="360" w:hanging="200"/>
      </w:pPr>
      <w:r>
        <w:t>2. Naziv predmeta nabave,</w:t>
      </w:r>
    </w:p>
    <w:p w14:paraId="799E8044" w14:textId="77777777" w:rsidR="009725B1" w:rsidRDefault="00813052">
      <w:pPr>
        <w:spacing w:after="120" w:line="240" w:lineRule="auto"/>
        <w:ind w:left="360" w:hanging="200"/>
      </w:pPr>
      <w:r>
        <w:t>3. Evidencijski broj nabave,</w:t>
      </w:r>
    </w:p>
    <w:p w14:paraId="50ABA55E" w14:textId="77777777" w:rsidR="009725B1" w:rsidRDefault="00813052">
      <w:pPr>
        <w:spacing w:after="120" w:line="240" w:lineRule="auto"/>
        <w:ind w:left="360" w:hanging="200"/>
      </w:pPr>
      <w:r>
        <w:t>4. Opis predmeta nabave (tehničke specifikacije),</w:t>
      </w:r>
    </w:p>
    <w:p w14:paraId="63F3E854" w14:textId="77777777" w:rsidR="009725B1" w:rsidRDefault="00813052">
      <w:pPr>
        <w:spacing w:after="120" w:line="240" w:lineRule="auto"/>
        <w:ind w:left="360" w:hanging="200"/>
      </w:pPr>
      <w:r>
        <w:t xml:space="preserve">5. Procijenjenu </w:t>
      </w:r>
      <w:r>
        <w:t>vrijednost nabave,</w:t>
      </w:r>
    </w:p>
    <w:p w14:paraId="1F24CEE9" w14:textId="77777777" w:rsidR="009725B1" w:rsidRDefault="00813052">
      <w:pPr>
        <w:spacing w:after="120" w:line="240" w:lineRule="auto"/>
        <w:ind w:left="360" w:hanging="200"/>
      </w:pPr>
      <w:r>
        <w:t>6. Kriterij za odabir ponude,</w:t>
      </w:r>
    </w:p>
    <w:p w14:paraId="622285CD" w14:textId="77777777" w:rsidR="009725B1" w:rsidRDefault="00813052">
      <w:pPr>
        <w:spacing w:after="120" w:line="240" w:lineRule="auto"/>
        <w:ind w:left="360" w:hanging="200"/>
      </w:pPr>
      <w:r>
        <w:t>7. Uvjeti plaćanja,</w:t>
      </w:r>
    </w:p>
    <w:p w14:paraId="6173FC69" w14:textId="77777777" w:rsidR="009725B1" w:rsidRDefault="00813052">
      <w:pPr>
        <w:spacing w:after="120" w:line="240" w:lineRule="auto"/>
        <w:ind w:left="360" w:hanging="200"/>
      </w:pPr>
      <w:r>
        <w:t>8. Rok i mjesto isporuke robe/izvršenja radova/ pružanja usluge,</w:t>
      </w:r>
    </w:p>
    <w:p w14:paraId="39A73A69" w14:textId="77777777" w:rsidR="009725B1" w:rsidRDefault="00813052">
      <w:pPr>
        <w:spacing w:after="120" w:line="240" w:lineRule="auto"/>
        <w:ind w:left="360" w:hanging="200"/>
      </w:pPr>
      <w:r>
        <w:t>9. Rok za dostavu ponuda (datum i sat),</w:t>
      </w:r>
    </w:p>
    <w:p w14:paraId="5F78A80F" w14:textId="77777777" w:rsidR="009725B1" w:rsidRDefault="00813052">
      <w:pPr>
        <w:spacing w:after="120" w:line="240" w:lineRule="auto"/>
        <w:ind w:left="360" w:hanging="200"/>
      </w:pPr>
      <w:r>
        <w:t>10. Troškovnik,</w:t>
      </w:r>
    </w:p>
    <w:p w14:paraId="32D42017" w14:textId="77777777" w:rsidR="009725B1" w:rsidRDefault="00813052">
      <w:pPr>
        <w:spacing w:after="120" w:line="240" w:lineRule="auto"/>
        <w:ind w:left="360" w:hanging="200"/>
      </w:pPr>
      <w:r>
        <w:t>11. Način dostavljanja ponude,</w:t>
      </w:r>
    </w:p>
    <w:p w14:paraId="0EDFE7A1" w14:textId="77777777" w:rsidR="009725B1" w:rsidRDefault="00813052">
      <w:pPr>
        <w:spacing w:after="120" w:line="240" w:lineRule="auto"/>
        <w:ind w:left="360" w:hanging="200"/>
      </w:pPr>
      <w:r>
        <w:t>12. Adresa na koju se ponude dostav</w:t>
      </w:r>
      <w:r>
        <w:t>ljaju te kontakt osoba,</w:t>
      </w:r>
    </w:p>
    <w:p w14:paraId="3EC5B3BA" w14:textId="77777777" w:rsidR="009725B1" w:rsidRDefault="00813052">
      <w:pPr>
        <w:spacing w:after="120" w:line="240" w:lineRule="auto"/>
        <w:ind w:left="360" w:hanging="200"/>
      </w:pPr>
      <w:r>
        <w:t>13. Ponudbeni list (predložak),</w:t>
      </w:r>
    </w:p>
    <w:p w14:paraId="418CAECD" w14:textId="77777777" w:rsidR="009725B1" w:rsidRDefault="00813052">
      <w:pPr>
        <w:spacing w:after="120" w:line="240" w:lineRule="auto"/>
        <w:ind w:left="360" w:hanging="200"/>
      </w:pPr>
      <w:r>
        <w:t>14. Ostale podatke ukoliko su potrebni.</w:t>
      </w:r>
    </w:p>
    <w:p w14:paraId="4D1ACC35" w14:textId="77777777" w:rsidR="009725B1" w:rsidRDefault="00813052">
      <w:pPr>
        <w:spacing w:after="120" w:line="240" w:lineRule="auto"/>
        <w:jc w:val="both"/>
      </w:pPr>
      <w:r>
        <w:t>(2) Osim obveznog sadržaja iz stavka 1. ovog članka, a ovisno o prirodi predmeta nabave i razini tržišnog natjecanja, poziv za dostavu ponuda može sadržavati i:</w:t>
      </w:r>
    </w:p>
    <w:p w14:paraId="1818F003" w14:textId="77777777" w:rsidR="009725B1" w:rsidRDefault="00813052">
      <w:pPr>
        <w:spacing w:after="120" w:line="240" w:lineRule="auto"/>
        <w:ind w:left="360" w:hanging="200"/>
      </w:pPr>
      <w:r>
        <w:t>1. Dokaz poslovne sposobnosti,</w:t>
      </w:r>
    </w:p>
    <w:p w14:paraId="0FBC6601" w14:textId="77777777" w:rsidR="009725B1" w:rsidRDefault="00813052">
      <w:pPr>
        <w:spacing w:after="120" w:line="240" w:lineRule="auto"/>
        <w:ind w:left="360" w:hanging="200"/>
      </w:pPr>
      <w:r>
        <w:t>2. Uvjete financijske sposobnosti,</w:t>
      </w:r>
    </w:p>
    <w:p w14:paraId="49A1EFB5" w14:textId="77777777" w:rsidR="009725B1" w:rsidRDefault="00813052">
      <w:pPr>
        <w:spacing w:after="120" w:line="240" w:lineRule="auto"/>
        <w:ind w:left="360" w:hanging="200"/>
      </w:pPr>
      <w:r>
        <w:t>3. Uvjete tehničke i stručne sposobnosti,</w:t>
      </w:r>
    </w:p>
    <w:p w14:paraId="6475C732" w14:textId="77777777" w:rsidR="009725B1" w:rsidRDefault="00813052">
      <w:pPr>
        <w:spacing w:after="120" w:line="240" w:lineRule="auto"/>
        <w:ind w:left="360" w:hanging="200"/>
      </w:pPr>
      <w:r>
        <w:t>4. Zahtjev za izdavanjem jamstava sukladno odgovarajućim odredbama kojim se uređuje javna nabava</w:t>
      </w:r>
    </w:p>
    <w:p w14:paraId="1567BE34" w14:textId="77777777" w:rsidR="009725B1" w:rsidRDefault="00813052">
      <w:pPr>
        <w:spacing w:after="120" w:line="240" w:lineRule="auto"/>
        <w:ind w:left="360" w:hanging="200"/>
      </w:pPr>
      <w:r>
        <w:lastRenderedPageBreak/>
        <w:t>5. Izjava o nekažnjavanju osobe ovlaštene za zastu</w:t>
      </w:r>
      <w:r>
        <w:t>panje gospodarskog subjekta</w:t>
      </w:r>
    </w:p>
    <w:p w14:paraId="47F8A017" w14:textId="77777777" w:rsidR="009725B1" w:rsidRDefault="00813052">
      <w:pPr>
        <w:spacing w:after="120" w:line="240" w:lineRule="auto"/>
        <w:jc w:val="both"/>
      </w:pPr>
      <w:r>
        <w:t>(3) Sve zatražene dokumente, osim Jamstva za ozbiljnost ponude koje se dostavlja u izvorniku, Ponuditelji mogu dostaviti u neovjerenoj preslici, a neovjerenom preslikom smatra se i neovjereni ispis elektroničke isprave.</w:t>
      </w:r>
    </w:p>
    <w:p w14:paraId="28226BF9" w14:textId="77777777" w:rsidR="009725B1" w:rsidRDefault="00813052">
      <w:pPr>
        <w:spacing w:after="120" w:line="240" w:lineRule="auto"/>
        <w:jc w:val="both"/>
      </w:pPr>
      <w:r>
        <w:t>(4) U sl</w:t>
      </w:r>
      <w:r>
        <w:t>učaju nastanka značajne izmjene, tijekom roka za dostavu ponuda Škola može izmijeniti ili dopuniti poziv na dostavu ponude te se u tom slučaju rok za dostavu ponuda primjereno produžuje..</w:t>
      </w:r>
    </w:p>
    <w:p w14:paraId="4B94EC39" w14:textId="77777777" w:rsidR="009725B1" w:rsidRDefault="00813052">
      <w:pPr>
        <w:spacing w:after="120" w:line="240" w:lineRule="auto"/>
        <w:jc w:val="center"/>
      </w:pPr>
      <w:r>
        <w:rPr>
          <w:b/>
        </w:rPr>
        <w:t>PRAVNA SPOSOBNOST PONUDITELJA</w:t>
      </w:r>
    </w:p>
    <w:p w14:paraId="2B372C76" w14:textId="77777777" w:rsidR="009725B1" w:rsidRDefault="00813052">
      <w:pPr>
        <w:spacing w:after="120" w:line="240" w:lineRule="auto"/>
        <w:jc w:val="center"/>
      </w:pPr>
      <w:r>
        <w:rPr>
          <w:b/>
        </w:rPr>
        <w:t>Članak 11.</w:t>
      </w:r>
    </w:p>
    <w:p w14:paraId="7EB177F7" w14:textId="77777777" w:rsidR="009725B1" w:rsidRDefault="00813052">
      <w:pPr>
        <w:spacing w:after="120" w:line="240" w:lineRule="auto"/>
        <w:jc w:val="both"/>
      </w:pPr>
      <w:r>
        <w:t xml:space="preserve">(1) Osim podataka iz </w:t>
      </w:r>
      <w:r>
        <w:t>članka 10. ove Odluke ponuditelj je obvezan dostaviti i dokaze o pravnoj sposobnosti.</w:t>
      </w:r>
    </w:p>
    <w:p w14:paraId="79543B68" w14:textId="77777777" w:rsidR="009725B1" w:rsidRDefault="00813052">
      <w:pPr>
        <w:spacing w:after="120" w:line="240" w:lineRule="auto"/>
        <w:jc w:val="both"/>
      </w:pPr>
      <w:r>
        <w:t>(2) Pravnu sposobnost ponuditelj dokazuje izvodom iz sudskog, obrtnog, strukovnog ili drugog odgovarajućeg registra države sjedišta gospodarskog subjekta i to dostavom od</w:t>
      </w:r>
      <w:r>
        <w:t>govarajućeg izvoda.</w:t>
      </w:r>
    </w:p>
    <w:p w14:paraId="2F780E93" w14:textId="77777777" w:rsidR="009725B1" w:rsidRDefault="00813052">
      <w:pPr>
        <w:spacing w:after="120" w:line="240" w:lineRule="auto"/>
        <w:jc w:val="both"/>
      </w:pPr>
      <w:r>
        <w:t>(3) Ukoliko se izvod iz stavka 2. ovog članka ne izdaje u državi sjedišta gospodarskog subjekta, gospodarski subjekt može dostaviti izjavu s ovjerom potpisa kod nadležnog tijela.</w:t>
      </w:r>
    </w:p>
    <w:p w14:paraId="2BD3F8BE" w14:textId="77777777" w:rsidR="009725B1" w:rsidRDefault="00813052">
      <w:pPr>
        <w:spacing w:after="120" w:line="240" w:lineRule="auto"/>
        <w:jc w:val="both"/>
      </w:pPr>
      <w:r>
        <w:t xml:space="preserve">(4) Izvod iz stavka 2. odnosno izjava iz stavka 3. </w:t>
      </w:r>
      <w:r>
        <w:t>ovog članka ne smije biti starija od tri (3) mjeseca računajući od dana objave (dostave) poziva za dostavu ponuda.</w:t>
      </w:r>
    </w:p>
    <w:p w14:paraId="7DFA549B" w14:textId="77777777" w:rsidR="009725B1" w:rsidRDefault="00813052">
      <w:pPr>
        <w:spacing w:after="120" w:line="240" w:lineRule="auto"/>
        <w:jc w:val="center"/>
      </w:pPr>
      <w:r>
        <w:rPr>
          <w:b/>
        </w:rPr>
        <w:t>KRITERIJ ZA ODABIR PONUDA</w:t>
      </w:r>
    </w:p>
    <w:p w14:paraId="078CB85F" w14:textId="77777777" w:rsidR="009725B1" w:rsidRDefault="00813052">
      <w:pPr>
        <w:spacing w:after="120" w:line="240" w:lineRule="auto"/>
        <w:jc w:val="center"/>
      </w:pPr>
      <w:r>
        <w:rPr>
          <w:b/>
        </w:rPr>
        <w:t>Članak 12.</w:t>
      </w:r>
    </w:p>
    <w:p w14:paraId="3C89C3F1" w14:textId="77777777" w:rsidR="009725B1" w:rsidRDefault="00813052">
      <w:pPr>
        <w:spacing w:after="120" w:line="240" w:lineRule="auto"/>
        <w:jc w:val="both"/>
      </w:pPr>
      <w:r>
        <w:t>(1) Kriterij za odabir ponuda može biti najniža cijena ili ekonomski najpovoljnija ponuda.</w:t>
      </w:r>
    </w:p>
    <w:p w14:paraId="0C2ECD92" w14:textId="77777777" w:rsidR="009725B1" w:rsidRDefault="00813052">
      <w:pPr>
        <w:spacing w:after="120" w:line="240" w:lineRule="auto"/>
        <w:jc w:val="both"/>
      </w:pPr>
      <w:r>
        <w:t>(2) Ukoliko s</w:t>
      </w:r>
      <w:r>
        <w:t>e koristi kriterij ekonomski najpovoljnije ponude, uz kriterij cijene određuje se i drugi kriteriji povezani s predmetom nabave, a kao što su: kvaliteta, tehničke prednosti, estetske i funkcionalne značajke, ekološke značajke, operativni troškovi, kvalifik</w:t>
      </w:r>
      <w:r>
        <w:t>acije i iskustvo osoblja, rok isporuke ili rok izvršenja, jamstveni rok i drugo.</w:t>
      </w:r>
    </w:p>
    <w:p w14:paraId="7A91056B" w14:textId="77777777" w:rsidR="009725B1" w:rsidRDefault="00813052">
      <w:pPr>
        <w:spacing w:after="120" w:line="240" w:lineRule="auto"/>
        <w:jc w:val="center"/>
      </w:pPr>
      <w:r>
        <w:rPr>
          <w:b/>
        </w:rPr>
        <w:t>PREGLED I OCIJENA PONUDA JEDNOSTAVNE NABAVE PROCIJENJENE VRIJEDNOSTI JEDNAKE ILI VEĆE OD 5.000,00 EURA-BEZ PDV-a), A MANJE OD 25.000,00 EURA (BEZ PDV-</w:t>
      </w:r>
    </w:p>
    <w:p w14:paraId="2889E098" w14:textId="77777777" w:rsidR="009725B1" w:rsidRDefault="00813052">
      <w:pPr>
        <w:spacing w:after="120" w:line="240" w:lineRule="auto"/>
        <w:ind w:left="360" w:hanging="200"/>
      </w:pPr>
      <w:r>
        <w:t>a) ZA ROBE I USLUGE TE P</w:t>
      </w:r>
      <w:r>
        <w:t>ROJEKTNE NATJEČAJE, A MANJE OD 45.000,00 EURA (BEZ PDV-</w:t>
      </w:r>
    </w:p>
    <w:p w14:paraId="4C79F179" w14:textId="77777777" w:rsidR="009725B1" w:rsidRDefault="00813052">
      <w:pPr>
        <w:spacing w:after="120" w:line="240" w:lineRule="auto"/>
        <w:jc w:val="both"/>
      </w:pPr>
      <w:r>
        <w:t>A) ZA NABAVU RADOVA</w:t>
      </w:r>
    </w:p>
    <w:p w14:paraId="7D318904" w14:textId="77777777" w:rsidR="009725B1" w:rsidRDefault="00813052">
      <w:pPr>
        <w:spacing w:after="120" w:line="240" w:lineRule="auto"/>
        <w:jc w:val="center"/>
      </w:pPr>
      <w:r>
        <w:rPr>
          <w:b/>
        </w:rPr>
        <w:t>Članak 13.</w:t>
      </w:r>
    </w:p>
    <w:p w14:paraId="70626B64" w14:textId="77777777" w:rsidR="009725B1" w:rsidRDefault="00813052">
      <w:pPr>
        <w:spacing w:after="120" w:line="240" w:lineRule="auto"/>
        <w:jc w:val="both"/>
      </w:pPr>
      <w:r>
        <w:t>(1) Povjerenstvo Škole pregledava i ocjenjuje ponude na temelju uvjeta i zahtjeva iz poziva na dostavu ponude.</w:t>
      </w:r>
    </w:p>
    <w:p w14:paraId="0ABECECC" w14:textId="77777777" w:rsidR="009725B1" w:rsidRDefault="00813052">
      <w:pPr>
        <w:spacing w:after="120" w:line="240" w:lineRule="auto"/>
        <w:jc w:val="both"/>
      </w:pPr>
      <w:r>
        <w:t>(2) Ponude se otvaraju prema redoslijedu zaprimanja, a ako</w:t>
      </w:r>
      <w:r>
        <w:t xml:space="preserve"> je dostavljena izmjena i/ili dopuna ponude tada se prvo otvara ta izmjena i/ili dopuna ponude te potom osnovna ponuda.</w:t>
      </w:r>
    </w:p>
    <w:p w14:paraId="55101823" w14:textId="77777777" w:rsidR="009725B1" w:rsidRDefault="00813052">
      <w:pPr>
        <w:spacing w:after="120" w:line="240" w:lineRule="auto"/>
        <w:jc w:val="both"/>
      </w:pPr>
      <w:r>
        <w:t>(3) Otvaranje ponuda nije javno.</w:t>
      </w:r>
    </w:p>
    <w:p w14:paraId="657AE11C" w14:textId="77777777" w:rsidR="009725B1" w:rsidRDefault="00813052">
      <w:pPr>
        <w:spacing w:after="120" w:line="240" w:lineRule="auto"/>
        <w:jc w:val="both"/>
      </w:pPr>
      <w:r>
        <w:t>(4) O postupku otvaranja, pregleda i ocjene ponuda vodi se zapisnik.</w:t>
      </w:r>
    </w:p>
    <w:p w14:paraId="361AECAD" w14:textId="77777777" w:rsidR="009725B1" w:rsidRDefault="00813052">
      <w:pPr>
        <w:spacing w:after="120" w:line="240" w:lineRule="auto"/>
        <w:jc w:val="both"/>
      </w:pPr>
      <w:r>
        <w:lastRenderedPageBreak/>
        <w:t xml:space="preserve">(5) Na temelju rezultata pregleda </w:t>
      </w:r>
      <w:r>
        <w:t>i ocjene ponuda Povjerenstvo Škole donosi Odluku o odabiru najpovoljnije ponude, prema kriteriju za odabir ponude te je o istoj dužno obavijestiti Školski odbor na njegovoj slijedećoj sjednici.</w:t>
      </w:r>
    </w:p>
    <w:p w14:paraId="41F68C34" w14:textId="77777777" w:rsidR="009725B1" w:rsidRDefault="00813052">
      <w:pPr>
        <w:spacing w:after="120" w:line="240" w:lineRule="auto"/>
        <w:jc w:val="both"/>
      </w:pPr>
      <w:r>
        <w:t>(6) Za odabir ponude dovoljna je jedna (1) pristigla ponuda ko</w:t>
      </w:r>
      <w:r>
        <w:t>ja udovoljava svim traženim uvjetima od strane naručitelja.</w:t>
      </w:r>
    </w:p>
    <w:p w14:paraId="2A6D7B30" w14:textId="77777777" w:rsidR="009725B1" w:rsidRDefault="00813052">
      <w:pPr>
        <w:spacing w:after="120" w:line="240" w:lineRule="auto"/>
        <w:jc w:val="center"/>
      </w:pPr>
      <w:r>
        <w:rPr>
          <w:b/>
        </w:rPr>
        <w:t>PREGLED I OCIJENA PONUDA JEDNOSTAVNE NABAVE PROCIJENJENE VRIJEDNOSTI</w:t>
      </w:r>
    </w:p>
    <w:p w14:paraId="451BA12D" w14:textId="77777777" w:rsidR="009725B1" w:rsidRDefault="00813052">
      <w:pPr>
        <w:spacing w:after="120" w:line="240" w:lineRule="auto"/>
        <w:jc w:val="both"/>
      </w:pPr>
      <w:r>
        <w:t>JEDNAKE ILI VEĆE OD 25.000,00 EURA (BEZ PDV-A), A MANJE OD 50.000,00 EURA (BEZ PDV-</w:t>
      </w:r>
    </w:p>
    <w:p w14:paraId="500312CA" w14:textId="77777777" w:rsidR="009725B1" w:rsidRDefault="00813052">
      <w:pPr>
        <w:spacing w:after="120" w:line="240" w:lineRule="auto"/>
        <w:jc w:val="both"/>
      </w:pPr>
      <w:r>
        <w:t>A) ZA NABAVU ROBA I USLUGA TE PROJEKTNIH NA</w:t>
      </w:r>
      <w:r>
        <w:t>TJEČAJA ODNOSNO VEĆE OD 45.000,00</w:t>
      </w:r>
    </w:p>
    <w:p w14:paraId="20F4A840" w14:textId="77777777" w:rsidR="009725B1" w:rsidRDefault="00813052">
      <w:pPr>
        <w:spacing w:after="120" w:line="240" w:lineRule="auto"/>
        <w:jc w:val="both"/>
      </w:pPr>
      <w:r>
        <w:t>EURA (BEZ PDV-A), A MANJE OD 100.000,00 EURA (BEZ PDV-A) ZA NABAVU RADOVA</w:t>
      </w:r>
    </w:p>
    <w:p w14:paraId="64E7630F" w14:textId="77777777" w:rsidR="009725B1" w:rsidRDefault="00813052">
      <w:pPr>
        <w:spacing w:after="120" w:line="240" w:lineRule="auto"/>
        <w:jc w:val="center"/>
      </w:pPr>
      <w:r>
        <w:rPr>
          <w:b/>
        </w:rPr>
        <w:t>Članak 14.</w:t>
      </w:r>
    </w:p>
    <w:p w14:paraId="1BD01F0D" w14:textId="77777777" w:rsidR="009725B1" w:rsidRDefault="00813052">
      <w:pPr>
        <w:spacing w:after="120" w:line="240" w:lineRule="auto"/>
        <w:jc w:val="both"/>
      </w:pPr>
      <w:r>
        <w:t>(1) Povjerenstvo Škole pregledava i ocjenjuje ponude na temelju uvjeta i zahtjeva iz poziva na dostavu ponude, a ukoliko je potrebno ponu</w:t>
      </w:r>
      <w:r>
        <w:t>de mogu pregledati i ocijeniti neovisne stručne osobe.</w:t>
      </w:r>
    </w:p>
    <w:p w14:paraId="1A43FF15" w14:textId="77777777" w:rsidR="009725B1" w:rsidRDefault="00813052">
      <w:pPr>
        <w:spacing w:after="120" w:line="240" w:lineRule="auto"/>
        <w:jc w:val="both"/>
      </w:pPr>
      <w:r>
        <w:t>(2) Ponude se otvaraju prema redoslijedu zaprimanja, a ako je dostavljena izmjena i/ili dopuna ponude tada se prvo otvara ta izmjena i/ili dopuna ponude te potom osnovna ponuda.</w:t>
      </w:r>
    </w:p>
    <w:p w14:paraId="3D9D7570" w14:textId="77777777" w:rsidR="009725B1" w:rsidRDefault="00813052">
      <w:pPr>
        <w:spacing w:after="120" w:line="240" w:lineRule="auto"/>
        <w:jc w:val="both"/>
      </w:pPr>
      <w:r>
        <w:t>(3) Otvaranje ponuda ni</w:t>
      </w:r>
      <w:r>
        <w:t>je javno.</w:t>
      </w:r>
    </w:p>
    <w:p w14:paraId="5CAF14FD" w14:textId="77777777" w:rsidR="009725B1" w:rsidRDefault="00813052">
      <w:pPr>
        <w:spacing w:after="120" w:line="240" w:lineRule="auto"/>
        <w:jc w:val="both"/>
      </w:pPr>
      <w:r>
        <w:t>(4) O postupku otvaranja, pregleda i ocjene ponuda Povjerenstvo Škole vodi zapisnik.</w:t>
      </w:r>
    </w:p>
    <w:p w14:paraId="43C51CCE" w14:textId="77777777" w:rsidR="009725B1" w:rsidRDefault="00813052">
      <w:pPr>
        <w:spacing w:after="120" w:line="240" w:lineRule="auto"/>
        <w:jc w:val="both"/>
      </w:pPr>
      <w:r>
        <w:t>(5) Na temelju rezultata pregleda i ocjene ponuda, Povjerenstvo Škole predlaže Školskom odboru donošenje Odluke o odabiru najpovoljnije ponude, a prema kriteriju</w:t>
      </w:r>
      <w:r>
        <w:t xml:space="preserve"> za odabir ponude.</w:t>
      </w:r>
    </w:p>
    <w:p w14:paraId="7BEEDE14" w14:textId="77777777" w:rsidR="009725B1" w:rsidRDefault="00813052">
      <w:pPr>
        <w:spacing w:after="120" w:line="240" w:lineRule="auto"/>
        <w:jc w:val="both"/>
      </w:pPr>
      <w:r>
        <w:t>(6) Za odabir ponude dovoljna je jedna (1) pristigla ponuda koja udovoljava svim traženim uvjetima od strane naručitelja.</w:t>
      </w:r>
    </w:p>
    <w:p w14:paraId="15CA9DE7" w14:textId="77777777" w:rsidR="009725B1" w:rsidRDefault="00813052">
      <w:pPr>
        <w:spacing w:after="120" w:line="240" w:lineRule="auto"/>
        <w:jc w:val="both"/>
      </w:pPr>
      <w:r>
        <w:t xml:space="preserve">(7) Ako su dvije ili više valjanih ponuda jednako rangirane prema kriteriju za odabir ponude (najniža cijena ili </w:t>
      </w:r>
      <w:r>
        <w:t>ekonomski najpovoljnija ponuda), Povjerenstvo će odabrati ponudu koja je zaprimljena ranije te će istu predložiti Školskom odboru.</w:t>
      </w:r>
    </w:p>
    <w:p w14:paraId="19186B7B" w14:textId="77777777" w:rsidR="009725B1" w:rsidRDefault="00813052">
      <w:pPr>
        <w:spacing w:after="120" w:line="240" w:lineRule="auto"/>
        <w:jc w:val="center"/>
      </w:pPr>
      <w:r>
        <w:rPr>
          <w:b/>
        </w:rPr>
        <w:t>SADRŽAJ I NAČIN DOSTAVE ODLUKE</w:t>
      </w:r>
    </w:p>
    <w:p w14:paraId="58E008E0" w14:textId="77777777" w:rsidR="009725B1" w:rsidRDefault="00813052">
      <w:pPr>
        <w:spacing w:after="120" w:line="240" w:lineRule="auto"/>
        <w:jc w:val="center"/>
      </w:pPr>
      <w:r>
        <w:rPr>
          <w:b/>
        </w:rPr>
        <w:t>Članak 15.</w:t>
      </w:r>
    </w:p>
    <w:p w14:paraId="25C1663F" w14:textId="77777777" w:rsidR="009725B1" w:rsidRDefault="00813052">
      <w:pPr>
        <w:spacing w:after="120" w:line="240" w:lineRule="auto"/>
        <w:jc w:val="both"/>
      </w:pPr>
      <w:r>
        <w:t>(1) Odluka o odabiru najpovoljnije ponude sadrži najmanje: - naziv naručitelja, - p</w:t>
      </w:r>
      <w:r>
        <w:t>redmet nabave, - procijenjenu vrijednost nabave, - naziv ponuditelja čija je ponuda odabrana, - cijena odabrane ponude, - razloge isključenja ponuda (ako je primjenjivo).</w:t>
      </w:r>
    </w:p>
    <w:p w14:paraId="077C55CF" w14:textId="77777777" w:rsidR="009725B1" w:rsidRDefault="00813052">
      <w:pPr>
        <w:spacing w:after="120" w:line="240" w:lineRule="auto"/>
        <w:jc w:val="both"/>
      </w:pPr>
      <w:r>
        <w:t>(2) Odluka o odabiru najpovoljnije ponude dostavlja se ponuditeljima putem modula jed</w:t>
      </w:r>
      <w:r>
        <w:t>nostavne nabave</w:t>
      </w:r>
    </w:p>
    <w:p w14:paraId="47F48E49" w14:textId="77777777" w:rsidR="009725B1" w:rsidRDefault="00813052">
      <w:pPr>
        <w:spacing w:after="120" w:line="240" w:lineRule="auto"/>
        <w:jc w:val="both"/>
      </w:pPr>
      <w:r>
        <w:t>EOJN RH.</w:t>
      </w:r>
    </w:p>
    <w:p w14:paraId="0C03672E" w14:textId="77777777" w:rsidR="009725B1" w:rsidRDefault="00813052">
      <w:pPr>
        <w:spacing w:after="120" w:line="240" w:lineRule="auto"/>
        <w:jc w:val="center"/>
      </w:pPr>
      <w:r>
        <w:rPr>
          <w:b/>
        </w:rPr>
        <w:t>ZAKLJUČIVANJE PRAVNOG POSLA</w:t>
      </w:r>
    </w:p>
    <w:p w14:paraId="799A0F52" w14:textId="77777777" w:rsidR="009725B1" w:rsidRDefault="00813052">
      <w:pPr>
        <w:spacing w:after="120" w:line="240" w:lineRule="auto"/>
        <w:jc w:val="center"/>
      </w:pPr>
      <w:r>
        <w:rPr>
          <w:b/>
        </w:rPr>
        <w:t>Članak 16.</w:t>
      </w:r>
    </w:p>
    <w:p w14:paraId="264AC529" w14:textId="77777777" w:rsidR="009725B1" w:rsidRDefault="00813052">
      <w:pPr>
        <w:spacing w:after="120" w:line="240" w:lineRule="auto"/>
        <w:jc w:val="both"/>
      </w:pPr>
      <w:r>
        <w:lastRenderedPageBreak/>
        <w:t>(1) Nakon provedenog postupka jednostavne nabave pravni posao se zaključuje izdavanjem narudžbenice ili sklapanjem ugovora, koje potpisuje ravnatelj Škole.</w:t>
      </w:r>
    </w:p>
    <w:p w14:paraId="1D7A7FDA" w14:textId="77777777" w:rsidR="009725B1" w:rsidRDefault="00813052">
      <w:pPr>
        <w:spacing w:after="120" w:line="240" w:lineRule="auto"/>
        <w:jc w:val="both"/>
      </w:pPr>
      <w:r>
        <w:t>(2) Jedan primjerak narudžbenice odn</w:t>
      </w:r>
      <w:r>
        <w:t>osno ugovora dostavlja se odabranom ponuditelju, a jedan primjerak ostaje u računovodstvu Škole.</w:t>
      </w:r>
    </w:p>
    <w:p w14:paraId="7F878C62" w14:textId="77777777" w:rsidR="009725B1" w:rsidRDefault="00813052">
      <w:pPr>
        <w:spacing w:after="120" w:line="240" w:lineRule="auto"/>
        <w:jc w:val="both"/>
      </w:pPr>
      <w:r>
        <w:t>(3) Izvršenje narudžbe odnosno ugovora dužna je pratiti osoba koja je inicirala odnosno podnijela zahtjev za nabavu.</w:t>
      </w:r>
    </w:p>
    <w:p w14:paraId="0E2182AA" w14:textId="77777777" w:rsidR="009725B1" w:rsidRDefault="00813052">
      <w:pPr>
        <w:spacing w:after="120" w:line="240" w:lineRule="auto"/>
        <w:jc w:val="both"/>
      </w:pPr>
      <w:r>
        <w:t>(4) Ugovor mora biti u skladu s uvjetima o</w:t>
      </w:r>
      <w:r>
        <w:t>dređenim u Pozivu za dostavu ponude u postupku jednostavne nabave i odabranom ponudom.</w:t>
      </w:r>
    </w:p>
    <w:p w14:paraId="369E7F5D" w14:textId="77777777" w:rsidR="009725B1" w:rsidRDefault="00813052">
      <w:pPr>
        <w:spacing w:after="120" w:line="240" w:lineRule="auto"/>
        <w:jc w:val="both"/>
      </w:pPr>
      <w:r>
        <w:t>(5) Izmjene ugovora koje bi dovele do povećanja ugovorenog iznosa moguće su u slučaju kad je ukupna vrijednost svih izmjena bez PDV-a manja od 30% iznosa osnovnog ugovor</w:t>
      </w:r>
      <w:r>
        <w:t>a bez PDV-a, pod uvjetom da to ne mijenja pravnu prirodu ugovora i da su osigurana financijska sredstva, kao i da se time ne prelaze vrijednosti na koje se primjenjuje ovaj Pravilnik i Zakon</w:t>
      </w:r>
    </w:p>
    <w:p w14:paraId="7988D0D3" w14:textId="77777777" w:rsidR="009725B1" w:rsidRDefault="00813052">
      <w:pPr>
        <w:spacing w:after="120" w:line="240" w:lineRule="auto"/>
        <w:jc w:val="both"/>
      </w:pPr>
      <w:r>
        <w:t>(6) Škola je obvezna raskinuti ugovor tijekom njegova trajanja ak</w:t>
      </w:r>
      <w:r>
        <w:t>o je ugovor značajno izmijenjen, što bi zahtijevalo novi postupak nabave.</w:t>
      </w:r>
    </w:p>
    <w:p w14:paraId="10C017C8" w14:textId="77777777" w:rsidR="009725B1" w:rsidRDefault="00813052">
      <w:pPr>
        <w:spacing w:after="120" w:line="240" w:lineRule="auto"/>
        <w:jc w:val="both"/>
      </w:pPr>
      <w:r>
        <w:t>(7) Na raskid ugovora tijekom njegova trajanja primjenjuju se i odredbe zakona kojim se uređuju obvezni odnosi.</w:t>
      </w:r>
    </w:p>
    <w:p w14:paraId="345D0124" w14:textId="77777777" w:rsidR="009725B1" w:rsidRDefault="00813052">
      <w:pPr>
        <w:spacing w:after="120" w:line="240" w:lineRule="auto"/>
        <w:jc w:val="center"/>
      </w:pPr>
      <w:r>
        <w:rPr>
          <w:b/>
        </w:rPr>
        <w:t>RAZLOZI ISKLJUČENJA PONUDITELJA</w:t>
      </w:r>
    </w:p>
    <w:p w14:paraId="6F017F5E" w14:textId="77777777" w:rsidR="009725B1" w:rsidRDefault="00813052">
      <w:pPr>
        <w:spacing w:after="120" w:line="240" w:lineRule="auto"/>
        <w:jc w:val="center"/>
      </w:pPr>
      <w:r>
        <w:rPr>
          <w:b/>
        </w:rPr>
        <w:t>Članak 17.</w:t>
      </w:r>
    </w:p>
    <w:p w14:paraId="27802951" w14:textId="77777777" w:rsidR="009725B1" w:rsidRDefault="00813052">
      <w:pPr>
        <w:spacing w:after="120" w:line="240" w:lineRule="auto"/>
        <w:jc w:val="both"/>
      </w:pPr>
      <w:r>
        <w:t>(1) Povjerenstvo je obvezno</w:t>
      </w:r>
      <w:r>
        <w:t xml:space="preserve"> isključiti ponuditelja iz postupka jednostavne nabave u sljedećim slučajevima: - ako je gospodarski subjekt ili osoba ovlaštena po zakonu za zastupanje gospodarskog subjekta pravomoćno osuđena za bilo koje od kaznenih djela, odnosno za odgovarajuća kaznen</w:t>
      </w:r>
      <w:r>
        <w:t>a djela prema propisima države gospodarskog subjekta ili države čiji je državljanin</w:t>
      </w:r>
    </w:p>
    <w:p w14:paraId="7ABDDF1D" w14:textId="77777777" w:rsidR="009725B1" w:rsidRDefault="00813052">
      <w:pPr>
        <w:spacing w:after="120" w:line="240" w:lineRule="auto"/>
        <w:jc w:val="both"/>
      </w:pPr>
      <w:r>
        <w:t>osoba ovlaštena po zakonu za zastupanje gospodarskog subjekta, sukladno odgovarajućoj odredbi propisa kojim se uređuje javna nabava, - ako nije ispunio obvezu plaćanja dosp</w:t>
      </w:r>
      <w:r>
        <w:t>jelih poreznih obveza i obveza za mirovinsko i zdravstveno osiguranje, osim ako mu prema posebnom zakonu plaćanje tih obveza nije dopušteno ili je odobrena odgoda plaćanja (primjerice u postupku pred stečajne nagodbe) sukladno odgovarajućoj odredbi kojom s</w:t>
      </w:r>
      <w:r>
        <w:t>e uređuje javna nabava. - ako je dostavio neistinite podatke pri dostavi dokumenata sukladno s ovim odjeljkom Pravilnika.</w:t>
      </w:r>
    </w:p>
    <w:p w14:paraId="612561CE" w14:textId="77777777" w:rsidR="009725B1" w:rsidRDefault="00813052">
      <w:pPr>
        <w:spacing w:after="120" w:line="240" w:lineRule="auto"/>
        <w:jc w:val="both"/>
      </w:pPr>
      <w:r>
        <w:t>(2) Za potrebe utvrđivanja okolnosti iz stavka 1. alineje 1. ovoga članka gospodarski subjekt u ponudi dostavlja izjavu, koju daje ovl</w:t>
      </w:r>
      <w:r>
        <w:t>aštena osoba za zastupanje gospodarskog subjekta, a koja ne smije biti starija od tri (3) mjeseca računajući od dana objave poziva za dostavu ponuda.</w:t>
      </w:r>
    </w:p>
    <w:p w14:paraId="722608DB" w14:textId="77777777" w:rsidR="009725B1" w:rsidRDefault="00813052">
      <w:pPr>
        <w:spacing w:after="120" w:line="240" w:lineRule="auto"/>
        <w:jc w:val="both"/>
      </w:pPr>
      <w:r>
        <w:t xml:space="preserve">(3) Za potrebe utvrđivanja okolnosti iz stavka 1. alineje 2. ovoga članka gospodarski subjekt u </w:t>
      </w:r>
      <w:r>
        <w:t>ponudi dostavlja potvrdu Porezne uprave o stanju duga, koja ne smije biti starija od 30 dana računajući od dana slanja/objave poziva za dostavu ponude, ili važeći jednakovrijedni dokument nadležnog tijela države sjedišta gospodarskog subjekta, ako se ne iz</w:t>
      </w:r>
      <w:r>
        <w:t>daje opisana potvrda.</w:t>
      </w:r>
    </w:p>
    <w:p w14:paraId="382E9E6A" w14:textId="77777777" w:rsidR="009725B1" w:rsidRDefault="00813052">
      <w:pPr>
        <w:spacing w:after="120" w:line="240" w:lineRule="auto"/>
        <w:jc w:val="center"/>
      </w:pPr>
      <w:r>
        <w:rPr>
          <w:b/>
        </w:rPr>
        <w:t>OBLIK DOSTAVE DOKUMENATA</w:t>
      </w:r>
    </w:p>
    <w:p w14:paraId="6F800EDD" w14:textId="77777777" w:rsidR="009725B1" w:rsidRDefault="00813052">
      <w:pPr>
        <w:spacing w:after="120" w:line="240" w:lineRule="auto"/>
        <w:jc w:val="center"/>
      </w:pPr>
      <w:r>
        <w:rPr>
          <w:b/>
        </w:rPr>
        <w:t>Članak 18.</w:t>
      </w:r>
    </w:p>
    <w:p w14:paraId="1EC723A2" w14:textId="77777777" w:rsidR="009725B1" w:rsidRDefault="00813052">
      <w:pPr>
        <w:spacing w:after="120" w:line="240" w:lineRule="auto"/>
        <w:jc w:val="both"/>
      </w:pPr>
      <w:r>
        <w:t>Svi dokumenti se dostavljaju na hrvatskom jeziku i latiničnom pismu, a ukoliko ponuditelj dokumente dostavlja na stranom jeziku, isti moraju biti prevedeni i na hrvatski jezik i latinično pismo po o</w:t>
      </w:r>
      <w:r>
        <w:t>vlaštenom sudskom tumaču.</w:t>
      </w:r>
    </w:p>
    <w:p w14:paraId="58AEAE54" w14:textId="77777777" w:rsidR="009725B1" w:rsidRDefault="00813052">
      <w:pPr>
        <w:spacing w:after="120" w:line="240" w:lineRule="auto"/>
        <w:jc w:val="center"/>
      </w:pPr>
      <w:r>
        <w:rPr>
          <w:b/>
        </w:rPr>
        <w:lastRenderedPageBreak/>
        <w:t>PONIŠTENJE POSTUPKA JEDNOSTAVNE NABAVE</w:t>
      </w:r>
    </w:p>
    <w:p w14:paraId="4062BA5C" w14:textId="77777777" w:rsidR="009725B1" w:rsidRDefault="00813052">
      <w:pPr>
        <w:spacing w:after="120" w:line="240" w:lineRule="auto"/>
        <w:jc w:val="center"/>
      </w:pPr>
      <w:r>
        <w:rPr>
          <w:b/>
        </w:rPr>
        <w:t>Članak 19.</w:t>
      </w:r>
    </w:p>
    <w:p w14:paraId="26944034" w14:textId="77777777" w:rsidR="009725B1" w:rsidRDefault="00813052">
      <w:pPr>
        <w:spacing w:after="120" w:line="240" w:lineRule="auto"/>
        <w:jc w:val="both"/>
      </w:pPr>
      <w:r>
        <w:t xml:space="preserve">(1) Škola će poništiti postupak jednostavne nabave ako: - nastupe okolnosti zbog kojih ne bi došlo do pokretanja postupka jednostavne nabave ili zbog kojih bi došlo do </w:t>
      </w:r>
      <w:r>
        <w:t>sadržajno bitno drukčijeg poziva za dostavu ponuda da su iste bile prije poznate, nije pristigla niti jedna ponuda; - nakon isključenja Ponuditelja ili odbijanja ponuda, ne preostane nijedna valjana ponuda; - je cijena najpovoljnije ponude veća od procijen</w:t>
      </w:r>
      <w:r>
        <w:t>jene vrijednosti nabave, osim ako Naručitelj ima ili će imati osigurana sredstva; - je cijena svih ponuda veća od pragova koji su određeni u članku 5. ovog Pravilnika.</w:t>
      </w:r>
    </w:p>
    <w:p w14:paraId="206FCA22" w14:textId="77777777" w:rsidR="009725B1" w:rsidRDefault="00813052">
      <w:pPr>
        <w:spacing w:after="120" w:line="240" w:lineRule="auto"/>
        <w:jc w:val="both"/>
      </w:pPr>
      <w:r>
        <w:t>(2) Škola zadržava pravo poništiti postupak jednostavne nabave u bilo kojem trenutku, od</w:t>
      </w:r>
      <w:r>
        <w:t>nosno ne odabrati niti jednu ponudu, a sve bez ikakvih obveza ili naknada bilo koje vrste prema ponuditeljima.</w:t>
      </w:r>
    </w:p>
    <w:p w14:paraId="7BAA3983" w14:textId="77777777" w:rsidR="009725B1" w:rsidRDefault="00813052">
      <w:pPr>
        <w:spacing w:after="120" w:line="240" w:lineRule="auto"/>
        <w:jc w:val="both"/>
      </w:pPr>
      <w:r>
        <w:t>(3) U slučaju poništenja postupka jednostavne nabave, ravnatelj donosi odluku o poništenju, koja se dostavlja svim ponuditeljima, bez odgode na d</w:t>
      </w:r>
      <w:r>
        <w:t>okaziv način.</w:t>
      </w:r>
    </w:p>
    <w:p w14:paraId="4C6D5B83" w14:textId="77777777" w:rsidR="009725B1" w:rsidRDefault="00813052">
      <w:pPr>
        <w:spacing w:after="120" w:line="240" w:lineRule="auto"/>
        <w:jc w:val="center"/>
      </w:pPr>
      <w:r>
        <w:rPr>
          <w:b/>
        </w:rPr>
        <w:t>PRAVNA ZAŠTITA I PRIGOVOR</w:t>
      </w:r>
    </w:p>
    <w:p w14:paraId="1A5C936C" w14:textId="77777777" w:rsidR="009725B1" w:rsidRDefault="00813052">
      <w:pPr>
        <w:spacing w:after="120" w:line="240" w:lineRule="auto"/>
        <w:jc w:val="center"/>
      </w:pPr>
      <w:r>
        <w:rPr>
          <w:b/>
        </w:rPr>
        <w:t>Članak 20.</w:t>
      </w:r>
    </w:p>
    <w:p w14:paraId="6C90601C" w14:textId="77777777" w:rsidR="009725B1" w:rsidRDefault="00813052">
      <w:pPr>
        <w:spacing w:after="120" w:line="240" w:lineRule="auto"/>
        <w:jc w:val="both"/>
      </w:pPr>
      <w:r>
        <w:t>(1) Pravo na podnošenje prigovora ima gospodarski subjekt koji je sudjelovao u postupku jednostavne nabave.</w:t>
      </w:r>
    </w:p>
    <w:p w14:paraId="79C4161E" w14:textId="77777777" w:rsidR="009725B1" w:rsidRDefault="00813052">
      <w:pPr>
        <w:spacing w:after="120" w:line="240" w:lineRule="auto"/>
        <w:jc w:val="both"/>
      </w:pPr>
      <w:r>
        <w:t>(2) Prigovor se može izjaviti na: • odluku o odabiru, • odluku o poništenju.</w:t>
      </w:r>
    </w:p>
    <w:p w14:paraId="72917827" w14:textId="77777777" w:rsidR="009725B1" w:rsidRDefault="00813052">
      <w:pPr>
        <w:spacing w:after="120" w:line="240" w:lineRule="auto"/>
        <w:jc w:val="both"/>
      </w:pPr>
      <w:r>
        <w:t>(3) Prigovor se podn</w:t>
      </w:r>
      <w:r>
        <w:t>osi ravnatelju škole u pisanom obliku putem EOJN RH u roku od osam (8) dana od dana dostave odluke o odabiru odnosno odluke o poništenju.</w:t>
      </w:r>
    </w:p>
    <w:p w14:paraId="51BB68BA" w14:textId="77777777" w:rsidR="009725B1" w:rsidRDefault="00813052">
      <w:pPr>
        <w:spacing w:after="120" w:line="240" w:lineRule="auto"/>
        <w:jc w:val="both"/>
      </w:pPr>
      <w:r>
        <w:t>(4) Na postupak rješavanja prigovora na odgovarajući način primjenjuju se odredbe Zakona o općem upravnom postupku.</w:t>
      </w:r>
    </w:p>
    <w:p w14:paraId="1DAD8B74" w14:textId="77777777" w:rsidR="009725B1" w:rsidRDefault="00813052">
      <w:pPr>
        <w:spacing w:after="120" w:line="240" w:lineRule="auto"/>
        <w:jc w:val="both"/>
      </w:pPr>
      <w:r>
        <w:t>(5</w:t>
      </w:r>
      <w:r>
        <w:t>) O prigovoru odlučuje ravnatelj rješenjem/odlukom u roku od osam (8) dana od dana uredno zaprimljenog prigovora.</w:t>
      </w:r>
    </w:p>
    <w:p w14:paraId="25CB997D" w14:textId="77777777" w:rsidR="009725B1" w:rsidRDefault="00813052">
      <w:pPr>
        <w:spacing w:after="120" w:line="240" w:lineRule="auto"/>
        <w:jc w:val="both"/>
      </w:pPr>
      <w:r>
        <w:t xml:space="preserve">(6) Protiv Rješenja/odluke ravnatelja žalba nije dopuštena, čime ono postaje konačno, a nezadovoljna stranka može pokrenuti upravni spor pred </w:t>
      </w:r>
      <w:r>
        <w:t>nadležnim Upravnim sudom.</w:t>
      </w:r>
    </w:p>
    <w:p w14:paraId="0ECC1AAB" w14:textId="77777777" w:rsidR="009725B1" w:rsidRDefault="00813052">
      <w:pPr>
        <w:spacing w:after="120" w:line="240" w:lineRule="auto"/>
        <w:jc w:val="both"/>
      </w:pPr>
      <w:r>
        <w:t>(7) Podnošenje pravodobnog prigovora odgađa sklapanje ugovora o jednostavnoj nabavi do donošenja odluke o prigovoru.</w:t>
      </w:r>
    </w:p>
    <w:p w14:paraId="4727C5D2" w14:textId="77777777" w:rsidR="009725B1" w:rsidRDefault="00813052">
      <w:pPr>
        <w:spacing w:after="120" w:line="240" w:lineRule="auto"/>
        <w:jc w:val="both"/>
      </w:pPr>
      <w:r>
        <w:t>(8) Rješenje/odluka o prigovoru dostavlja se podnositelju prigovora i ponuditeljima na koje se odluka odnosi.</w:t>
      </w:r>
    </w:p>
    <w:p w14:paraId="5BDCEFDD" w14:textId="77777777" w:rsidR="009725B1" w:rsidRDefault="00813052">
      <w:pPr>
        <w:spacing w:after="120" w:line="240" w:lineRule="auto"/>
        <w:jc w:val="center"/>
      </w:pPr>
      <w:r>
        <w:rPr>
          <w:b/>
        </w:rPr>
        <w:t>DIG</w:t>
      </w:r>
      <w:r>
        <w:rPr>
          <w:b/>
        </w:rPr>
        <w:t>ITALNA RAZMJENA UGOVORA</w:t>
      </w:r>
    </w:p>
    <w:p w14:paraId="45EAE4AD" w14:textId="77777777" w:rsidR="009725B1" w:rsidRDefault="00813052">
      <w:pPr>
        <w:spacing w:after="120" w:line="240" w:lineRule="auto"/>
        <w:jc w:val="center"/>
      </w:pPr>
      <w:r>
        <w:rPr>
          <w:b/>
        </w:rPr>
        <w:t>Članak 21.</w:t>
      </w:r>
    </w:p>
    <w:p w14:paraId="5F539032" w14:textId="77777777" w:rsidR="009725B1" w:rsidRDefault="00813052">
      <w:pPr>
        <w:spacing w:after="120" w:line="240" w:lineRule="auto"/>
        <w:jc w:val="both"/>
      </w:pPr>
      <w:r>
        <w:t>(1) Ugovori i njihove izmjene za postupke provedene putem EOJN RH razmjenjuju se putem EOJN RH.</w:t>
      </w:r>
    </w:p>
    <w:p w14:paraId="23CFB5B8" w14:textId="77777777" w:rsidR="009725B1" w:rsidRDefault="00813052">
      <w:pPr>
        <w:spacing w:after="120" w:line="240" w:lineRule="auto"/>
        <w:jc w:val="both"/>
      </w:pPr>
      <w:r>
        <w:t>(2) Ugovori i njihove izmjene potpisuju se kvalificiranim elektroničkim potpisom kada je to propisano zakonom.</w:t>
      </w:r>
    </w:p>
    <w:p w14:paraId="727B085E" w14:textId="77777777" w:rsidR="009725B1" w:rsidRDefault="00813052">
      <w:pPr>
        <w:spacing w:after="120" w:line="240" w:lineRule="auto"/>
        <w:jc w:val="center"/>
      </w:pPr>
      <w:r>
        <w:rPr>
          <w:b/>
        </w:rPr>
        <w:t>ČUVANJE DOKUME</w:t>
      </w:r>
      <w:r>
        <w:rPr>
          <w:b/>
        </w:rPr>
        <w:t>NTACIJE</w:t>
      </w:r>
    </w:p>
    <w:p w14:paraId="74FCE4A6" w14:textId="77777777" w:rsidR="009725B1" w:rsidRDefault="00813052">
      <w:pPr>
        <w:spacing w:after="120" w:line="240" w:lineRule="auto"/>
        <w:jc w:val="center"/>
      </w:pPr>
      <w:r>
        <w:rPr>
          <w:b/>
        </w:rPr>
        <w:t>Članak 22.</w:t>
      </w:r>
    </w:p>
    <w:p w14:paraId="24DCA0BA" w14:textId="77777777" w:rsidR="009725B1" w:rsidRDefault="00813052">
      <w:pPr>
        <w:spacing w:after="120" w:line="240" w:lineRule="auto"/>
        <w:jc w:val="both"/>
      </w:pPr>
      <w:r>
        <w:lastRenderedPageBreak/>
        <w:t>Dokumentacija o postupcima jednostavne nabave čuva se najmanje četiri (4) godine od završetka postupka.</w:t>
      </w:r>
    </w:p>
    <w:p w14:paraId="3F0ED31E" w14:textId="77777777" w:rsidR="009725B1" w:rsidRDefault="00813052">
      <w:pPr>
        <w:spacing w:after="120" w:line="240" w:lineRule="auto"/>
        <w:jc w:val="center"/>
      </w:pPr>
      <w:r>
        <w:rPr>
          <w:b/>
        </w:rPr>
        <w:t>PRIJELAZNE I ZAVRŠNE ODREDBE</w:t>
      </w:r>
    </w:p>
    <w:p w14:paraId="36C5EDAE" w14:textId="77777777" w:rsidR="009725B1" w:rsidRDefault="00813052">
      <w:pPr>
        <w:spacing w:after="120" w:line="240" w:lineRule="auto"/>
        <w:jc w:val="center"/>
      </w:pPr>
      <w:r>
        <w:rPr>
          <w:b/>
        </w:rPr>
        <w:t>Članak 23.</w:t>
      </w:r>
    </w:p>
    <w:p w14:paraId="623C067F" w14:textId="77777777" w:rsidR="009725B1" w:rsidRDefault="00813052">
      <w:pPr>
        <w:spacing w:after="120" w:line="240" w:lineRule="auto"/>
        <w:jc w:val="both"/>
      </w:pPr>
      <w:r>
        <w:t>(1) Ovaj Pravilnik, kao i njegove izmjene i dopune, objavit će se na mrežnoj stranici Škole i</w:t>
      </w:r>
      <w:r>
        <w:t xml:space="preserve"> učiniti dostupnim u EOJN RH.</w:t>
      </w:r>
    </w:p>
    <w:p w14:paraId="33D2319F" w14:textId="724E3FDC" w:rsidR="009725B1" w:rsidRDefault="00813052">
      <w:pPr>
        <w:spacing w:after="120" w:line="240" w:lineRule="auto"/>
        <w:jc w:val="both"/>
      </w:pPr>
      <w:r>
        <w:t>(2) Stupanjem na snagu ovog Pravilnika prestaje važiti Pravilnik o provođenju postupaka jednostavne nabave Osnovne škole Davorina Trstenjaka</w:t>
      </w:r>
      <w:r>
        <w:t>, Zagreb, KLASA: 007</w:t>
      </w:r>
      <w:r>
        <w:t>-04</w:t>
      </w:r>
      <w:r>
        <w:t>/23-02/02</w:t>
      </w:r>
      <w:r>
        <w:t>, URBROJ: 251-20</w:t>
      </w:r>
      <w:r>
        <w:t>6</w:t>
      </w:r>
      <w:r>
        <w:t>-23-3</w:t>
      </w:r>
      <w:r>
        <w:t xml:space="preserve"> od 27</w:t>
      </w:r>
      <w:r>
        <w:t>. ožujk</w:t>
      </w:r>
      <w:r>
        <w:t>a 2023. godin</w:t>
      </w:r>
      <w:r>
        <w:t>e.</w:t>
      </w:r>
    </w:p>
    <w:p w14:paraId="21C6616D" w14:textId="77777777" w:rsidR="009725B1" w:rsidRDefault="00813052">
      <w:pPr>
        <w:spacing w:after="120" w:line="240" w:lineRule="auto"/>
        <w:jc w:val="both"/>
      </w:pPr>
      <w:r>
        <w:t>(3) Ovaj Pravilnik stupa na snagu osmog dana od dana objave na oglasnoj ploči Škole.</w:t>
      </w:r>
    </w:p>
    <w:p w14:paraId="52946312" w14:textId="1556AE1E" w:rsidR="009725B1" w:rsidRDefault="00813052">
      <w:pPr>
        <w:spacing w:after="120" w:line="240" w:lineRule="auto"/>
        <w:jc w:val="both"/>
      </w:pPr>
      <w:r>
        <w:t>KLASA: 011</w:t>
      </w:r>
      <w:r>
        <w:t>-03/26-02/07</w:t>
      </w:r>
      <w:r>
        <w:t xml:space="preserve"> URBROJ: 251-20</w:t>
      </w:r>
      <w:r>
        <w:t>6</w:t>
      </w:r>
      <w:r>
        <w:t>-26-1</w:t>
      </w:r>
    </w:p>
    <w:p w14:paraId="21A98687" w14:textId="77777777" w:rsidR="009725B1" w:rsidRDefault="00813052">
      <w:pPr>
        <w:spacing w:after="120" w:line="240" w:lineRule="auto"/>
        <w:jc w:val="both"/>
      </w:pPr>
      <w:r>
        <w:t>Zagreb,</w:t>
      </w:r>
    </w:p>
    <w:p w14:paraId="7F9AAC7A" w14:textId="77777777" w:rsidR="009725B1" w:rsidRDefault="00813052">
      <w:pPr>
        <w:spacing w:after="120" w:line="240" w:lineRule="auto"/>
        <w:jc w:val="both"/>
      </w:pPr>
      <w:r>
        <w:t>Predsjednica Školskog odbora</w:t>
      </w:r>
    </w:p>
    <w:p w14:paraId="6BD7B071" w14:textId="77777777" w:rsidR="009725B1" w:rsidRDefault="00813052">
      <w:pPr>
        <w:spacing w:after="120" w:line="240" w:lineRule="auto"/>
        <w:jc w:val="both"/>
      </w:pPr>
      <w:r>
        <w:t>__________________________</w:t>
      </w:r>
    </w:p>
    <w:p w14:paraId="4C98BD16" w14:textId="77777777" w:rsidR="009725B1" w:rsidRDefault="00813052">
      <w:pPr>
        <w:spacing w:after="120" w:line="240" w:lineRule="auto"/>
        <w:jc w:val="both"/>
      </w:pPr>
      <w:r>
        <w:t xml:space="preserve">Ovaj Pravilnik je objavljen na oglasnoj ploči Škole </w:t>
      </w:r>
      <w:r>
        <w:t>dana ________2026.godine.</w:t>
      </w:r>
    </w:p>
    <w:p w14:paraId="1A9ACD56" w14:textId="77777777" w:rsidR="009725B1" w:rsidRDefault="00813052">
      <w:pPr>
        <w:spacing w:after="120" w:line="240" w:lineRule="auto"/>
        <w:jc w:val="both"/>
      </w:pPr>
      <w:r>
        <w:t>Ravnateljica</w:t>
      </w:r>
    </w:p>
    <w:p w14:paraId="3FC415A3" w14:textId="77777777" w:rsidR="009725B1" w:rsidRDefault="00813052">
      <w:pPr>
        <w:spacing w:after="120" w:line="240" w:lineRule="auto"/>
        <w:jc w:val="both"/>
      </w:pPr>
      <w:r>
        <w:t>___________________.</w:t>
      </w:r>
    </w:p>
    <w:sectPr w:rsidR="009725B1" w:rsidSect="00034616">
      <w:pgSz w:w="12240" w:h="15840"/>
      <w:pgMar w:top="1200" w:right="1440" w:bottom="12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BD7A91"/>
    <w:multiLevelType w:val="hybridMultilevel"/>
    <w:tmpl w:val="78B89944"/>
    <w:lvl w:ilvl="0" w:tplc="99143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93F91"/>
    <w:multiLevelType w:val="hybridMultilevel"/>
    <w:tmpl w:val="A90CB888"/>
    <w:lvl w:ilvl="0" w:tplc="B1A81C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13052"/>
    <w:rsid w:val="009725B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6269B6"/>
  <w14:defaultImageDpi w14:val="300"/>
  <w15:docId w15:val="{905767A5-5757-4C84-910C-CB888EF9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3432</Words>
  <Characters>19568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DT</cp:lastModifiedBy>
  <cp:revision>2</cp:revision>
  <dcterms:created xsi:type="dcterms:W3CDTF">2026-09-14T12:05:00Z</dcterms:created>
  <dcterms:modified xsi:type="dcterms:W3CDTF">2026-09-14T12:05:00Z</dcterms:modified>
  <cp:category/>
</cp:coreProperties>
</file>