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F11BF" w14:textId="77777777" w:rsidR="005A31A0" w:rsidRDefault="004110E1">
      <w:pPr>
        <w:jc w:val="center"/>
      </w:pPr>
      <w:r>
        <w:rPr>
          <w:b/>
          <w:sz w:val="28"/>
        </w:rPr>
        <w:t>Poziv javnosti</w:t>
      </w:r>
    </w:p>
    <w:p w14:paraId="18489A9D" w14:textId="71701B2F" w:rsidR="005A31A0" w:rsidRDefault="004110E1">
      <w:pPr>
        <w:spacing w:after="160"/>
        <w:jc w:val="both"/>
      </w:pPr>
      <w:r>
        <w:t>Pozivaju se građani i pravne osobe da se uključe u savjetovanje s javnošću u vezi s Nacrtom prijedloga Pravilnika o provedbi postupaka jednostavne nabave Osnovne škole Davorina Trstenjaka.</w:t>
      </w:r>
    </w:p>
    <w:p w14:paraId="346044CA" w14:textId="61EC586F" w:rsidR="005A31A0" w:rsidRDefault="004110E1">
      <w:pPr>
        <w:spacing w:after="160"/>
        <w:jc w:val="both"/>
      </w:pPr>
      <w:r>
        <w:t>Osnovna škola Davorina Trstenjaka javni je naručitelj i obveznik primjene Zakona o javnoj nabavi ("Narodne novine" broj: 120/16, 114/22 i 48/26).</w:t>
      </w:r>
    </w:p>
    <w:p w14:paraId="6C3BC55C" w14:textId="483BE78D" w:rsidR="005A31A0" w:rsidRDefault="004110E1">
      <w:pPr>
        <w:spacing w:after="160"/>
        <w:jc w:val="both"/>
      </w:pPr>
      <w:r>
        <w:t>Pravilnik o provedbi postupka jednostavne nabave Osnovne škole Davorina Trstenjaka je normativni akt kojim se uređuju pravila, uvjeti i postupci jednostavne nabave.</w:t>
      </w:r>
    </w:p>
    <w:p w14:paraId="4C0F3B4E" w14:textId="77777777" w:rsidR="005A31A0" w:rsidRDefault="004110E1">
      <w:pPr>
        <w:spacing w:after="160"/>
        <w:jc w:val="both"/>
      </w:pPr>
      <w:r>
        <w:t>Navedenim Pravilnikom izvršena su normativna usklađenja sa legislativom koja se odnosi na provedbu postupaka jednostavne nabave propisanih posebnim zakonom.</w:t>
      </w:r>
    </w:p>
    <w:p w14:paraId="7F62F3ED" w14:textId="0341198E" w:rsidR="005A31A0" w:rsidRDefault="004110E1">
      <w:pPr>
        <w:spacing w:after="160"/>
        <w:jc w:val="both"/>
      </w:pPr>
      <w:r>
        <w:t>Savjetovanje se provodi u vremenu od 1</w:t>
      </w:r>
      <w:r w:rsidR="00FB4016">
        <w:t>6</w:t>
      </w:r>
      <w:r>
        <w:t>. rujna 2026. godine do 1</w:t>
      </w:r>
      <w:r w:rsidR="00FB4016">
        <w:t>6</w:t>
      </w:r>
      <w:r>
        <w:t>. listopada 2026. godine putem obrasca 1 - Obrazac sudjelovanja u savjetovanju sa javnošću.</w:t>
      </w:r>
    </w:p>
    <w:p w14:paraId="1234CE13" w14:textId="21F82DE6" w:rsidR="005A31A0" w:rsidRDefault="004110E1">
      <w:pPr>
        <w:spacing w:after="160"/>
        <w:jc w:val="both"/>
      </w:pPr>
      <w:r>
        <w:t>Ispunjeni obrazac dostaviti na e-mail adresu: ured@os-dtrstenjaka-zg.skole.hr</w:t>
      </w:r>
    </w:p>
    <w:p w14:paraId="0ED275DD" w14:textId="77777777" w:rsidR="005A31A0" w:rsidRDefault="004110E1">
      <w:pPr>
        <w:spacing w:after="160"/>
        <w:jc w:val="both"/>
      </w:pPr>
      <w:r>
        <w:t>O primjedbama i mišljenjima javnost će biti obaviještena putem Obrasca broj 2 - Izvješće o savjetovanju s javnošću u postupku donošenja općeg akta / dokumenta.</w:t>
      </w:r>
    </w:p>
    <w:p w14:paraId="3B005349" w14:textId="77777777" w:rsidR="005A31A0" w:rsidRDefault="004110E1">
      <w:pPr>
        <w:spacing w:after="160"/>
        <w:jc w:val="both"/>
      </w:pPr>
      <w:r>
        <w:t>Ukoliko ne želite da vaš komentar bude javno objavljen, molimo da to jasno istaknete pri dostavi obrasca.</w:t>
      </w:r>
    </w:p>
    <w:sectPr w:rsidR="005A31A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110E1"/>
    <w:rsid w:val="005A31A0"/>
    <w:rsid w:val="00AA1D8D"/>
    <w:rsid w:val="00B47730"/>
    <w:rsid w:val="00CB0664"/>
    <w:rsid w:val="00FB40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996436"/>
  <w14:defaultImageDpi w14:val="300"/>
  <w15:docId w15:val="{905767A5-5757-4C84-910C-CB888EF9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DT</cp:lastModifiedBy>
  <cp:revision>3</cp:revision>
  <dcterms:created xsi:type="dcterms:W3CDTF">2026-09-14T11:53:00Z</dcterms:created>
  <dcterms:modified xsi:type="dcterms:W3CDTF">2026-09-15T12:32:00Z</dcterms:modified>
  <cp:category/>
</cp:coreProperties>
</file>